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DD8CC" w14:textId="77777777" w:rsidR="003D297C" w:rsidRDefault="00000000">
      <w:pPr>
        <w:spacing w:after="40"/>
        <w:jc w:val="center"/>
      </w:pPr>
      <w:r>
        <w:rPr>
          <w:rFonts w:ascii="Times New Roman" w:hAnsi="Times New Roman"/>
          <w:b/>
          <w:sz w:val="24"/>
        </w:rPr>
        <w:t>İNSAN VE TOPLUM BİLİMLERİ FAKÜLTESİ</w:t>
      </w:r>
    </w:p>
    <w:p w14:paraId="10A2BE0A" w14:textId="77777777" w:rsidR="003D297C" w:rsidRDefault="00000000">
      <w:pPr>
        <w:spacing w:after="40"/>
        <w:jc w:val="center"/>
      </w:pPr>
      <w:r>
        <w:rPr>
          <w:rFonts w:ascii="Times New Roman" w:hAnsi="Times New Roman"/>
          <w:b/>
          <w:sz w:val="24"/>
        </w:rPr>
        <w:t>EĞİTİM BİLİMLERİ BÖLÜMÜ</w:t>
      </w:r>
    </w:p>
    <w:p w14:paraId="4E614B62" w14:textId="77777777" w:rsidR="003D297C" w:rsidRDefault="00000000">
      <w:pPr>
        <w:spacing w:after="40"/>
        <w:jc w:val="center"/>
      </w:pPr>
      <w:r>
        <w:rPr>
          <w:rFonts w:ascii="Times New Roman" w:hAnsi="Times New Roman"/>
          <w:b/>
          <w:sz w:val="24"/>
        </w:rPr>
        <w:t>2026-2027 GÜZ DÖNEMİ</w:t>
      </w:r>
    </w:p>
    <w:p w14:paraId="0595BD51" w14:textId="77777777" w:rsidR="003D297C" w:rsidRDefault="00000000">
      <w:pPr>
        <w:spacing w:after="40"/>
        <w:jc w:val="center"/>
      </w:pPr>
      <w:r>
        <w:rPr>
          <w:rFonts w:ascii="Times New Roman" w:hAnsi="Times New Roman"/>
          <w:b/>
          <w:sz w:val="24"/>
        </w:rPr>
        <w:t>TEK DERS SINAV PROGRAMI</w:t>
      </w:r>
    </w:p>
    <w:p w14:paraId="5C8C8BF7" w14:textId="77777777" w:rsidR="003D297C" w:rsidRDefault="003D297C">
      <w:pPr>
        <w:spacing w:after="40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762"/>
        <w:gridCol w:w="4649"/>
        <w:gridCol w:w="1247"/>
        <w:gridCol w:w="1701"/>
        <w:gridCol w:w="1701"/>
      </w:tblGrid>
      <w:tr w:rsidR="003D297C" w14:paraId="4C870EBF" w14:textId="77777777">
        <w:trPr>
          <w:trHeight w:val="420"/>
          <w:jc w:val="center"/>
        </w:trPr>
        <w:tc>
          <w:tcPr>
            <w:tcW w:w="4762" w:type="dxa"/>
            <w:vAlign w:val="center"/>
          </w:tcPr>
          <w:p w14:paraId="16E25DC5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b/>
                <w:sz w:val="19"/>
              </w:rPr>
              <w:t>Ders Kodu ve Adı</w:t>
            </w:r>
          </w:p>
        </w:tc>
        <w:tc>
          <w:tcPr>
            <w:tcW w:w="4649" w:type="dxa"/>
            <w:vAlign w:val="center"/>
          </w:tcPr>
          <w:p w14:paraId="05341CA5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b/>
                <w:sz w:val="19"/>
              </w:rPr>
              <w:t>Sorumlu Öğretim Üyesi</w:t>
            </w:r>
          </w:p>
        </w:tc>
        <w:tc>
          <w:tcPr>
            <w:tcW w:w="1247" w:type="dxa"/>
            <w:vAlign w:val="center"/>
          </w:tcPr>
          <w:p w14:paraId="3B3BA3C2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b/>
                <w:sz w:val="19"/>
              </w:rPr>
              <w:t>Saat</w:t>
            </w:r>
          </w:p>
        </w:tc>
        <w:tc>
          <w:tcPr>
            <w:tcW w:w="1701" w:type="dxa"/>
            <w:vAlign w:val="center"/>
          </w:tcPr>
          <w:p w14:paraId="7A061DB1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b/>
                <w:sz w:val="19"/>
              </w:rPr>
              <w:t>Yer</w:t>
            </w:r>
          </w:p>
        </w:tc>
        <w:tc>
          <w:tcPr>
            <w:tcW w:w="1701" w:type="dxa"/>
            <w:vAlign w:val="center"/>
          </w:tcPr>
          <w:p w14:paraId="57AE15CC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b/>
                <w:sz w:val="19"/>
              </w:rPr>
              <w:t>Tarih/Gün</w:t>
            </w:r>
          </w:p>
        </w:tc>
      </w:tr>
      <w:tr w:rsidR="003D297C" w14:paraId="4B060FF6" w14:textId="77777777">
        <w:trPr>
          <w:trHeight w:val="420"/>
          <w:jc w:val="center"/>
        </w:trPr>
        <w:tc>
          <w:tcPr>
            <w:tcW w:w="4762" w:type="dxa"/>
            <w:shd w:val="clear" w:color="auto" w:fill="D9D9D9"/>
            <w:vAlign w:val="center"/>
          </w:tcPr>
          <w:p w14:paraId="744D94D8" w14:textId="77777777" w:rsidR="003D297C" w:rsidRDefault="00000000">
            <w:r>
              <w:rPr>
                <w:rFonts w:ascii="Times New Roman" w:hAnsi="Times New Roman"/>
                <w:sz w:val="19"/>
              </w:rPr>
              <w:t>BB2001-Eğitime Giriş</w:t>
            </w:r>
          </w:p>
        </w:tc>
        <w:tc>
          <w:tcPr>
            <w:tcW w:w="4649" w:type="dxa"/>
            <w:vAlign w:val="center"/>
          </w:tcPr>
          <w:p w14:paraId="5F540C0B" w14:textId="77777777" w:rsidR="003D297C" w:rsidRDefault="00000000">
            <w:r>
              <w:rPr>
                <w:rFonts w:ascii="Times New Roman" w:hAnsi="Times New Roman"/>
                <w:sz w:val="19"/>
              </w:rPr>
              <w:t>Doç. Dr. M. Tufan YALÇIN</w:t>
            </w:r>
          </w:p>
        </w:tc>
        <w:tc>
          <w:tcPr>
            <w:tcW w:w="1247" w:type="dxa"/>
            <w:vAlign w:val="center"/>
          </w:tcPr>
          <w:p w14:paraId="365ED94A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sz w:val="19"/>
              </w:rPr>
              <w:t>10.00</w:t>
            </w:r>
          </w:p>
        </w:tc>
        <w:tc>
          <w:tcPr>
            <w:tcW w:w="1701" w:type="dxa"/>
            <w:vMerge w:val="restart"/>
            <w:textDirection w:val="tbRl"/>
            <w:vAlign w:val="center"/>
          </w:tcPr>
          <w:p w14:paraId="6FC2B6CF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b/>
                <w:sz w:val="19"/>
              </w:rPr>
              <w:t>201 Nolu Sınıf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14:paraId="1BEC159E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b/>
                <w:sz w:val="19"/>
              </w:rPr>
              <w:t>04.Eylül 2026</w:t>
            </w:r>
          </w:p>
        </w:tc>
      </w:tr>
      <w:tr w:rsidR="003D297C" w14:paraId="3D8F3408" w14:textId="77777777">
        <w:trPr>
          <w:trHeight w:val="420"/>
          <w:jc w:val="center"/>
        </w:trPr>
        <w:tc>
          <w:tcPr>
            <w:tcW w:w="4762" w:type="dxa"/>
            <w:shd w:val="clear" w:color="auto" w:fill="D9D9D9"/>
            <w:vAlign w:val="center"/>
          </w:tcPr>
          <w:p w14:paraId="429F27BC" w14:textId="77777777" w:rsidR="003D297C" w:rsidRDefault="00000000">
            <w:r>
              <w:rPr>
                <w:rFonts w:ascii="Times New Roman" w:hAnsi="Times New Roman"/>
                <w:sz w:val="19"/>
              </w:rPr>
              <w:t>EBB2002-Ölçme ve Değerlendirme</w:t>
            </w:r>
          </w:p>
        </w:tc>
        <w:tc>
          <w:tcPr>
            <w:tcW w:w="4649" w:type="dxa"/>
            <w:vAlign w:val="center"/>
          </w:tcPr>
          <w:p w14:paraId="6EC42931" w14:textId="77777777" w:rsidR="003D297C" w:rsidRDefault="00000000">
            <w:r>
              <w:rPr>
                <w:rFonts w:ascii="Times New Roman" w:hAnsi="Times New Roman"/>
                <w:sz w:val="19"/>
              </w:rPr>
              <w:t>Doç. Dr. Özlem Yeşim ÖZBEK</w:t>
            </w:r>
          </w:p>
        </w:tc>
        <w:tc>
          <w:tcPr>
            <w:tcW w:w="1247" w:type="dxa"/>
            <w:vAlign w:val="center"/>
          </w:tcPr>
          <w:p w14:paraId="766D2B18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sz w:val="19"/>
              </w:rPr>
              <w:t>11.00</w:t>
            </w:r>
          </w:p>
        </w:tc>
        <w:tc>
          <w:tcPr>
            <w:tcW w:w="3073" w:type="dxa"/>
            <w:vMerge/>
            <w:vAlign w:val="center"/>
          </w:tcPr>
          <w:p w14:paraId="551B1FF1" w14:textId="77777777" w:rsidR="003D297C" w:rsidRDefault="003D297C"/>
        </w:tc>
        <w:tc>
          <w:tcPr>
            <w:tcW w:w="3073" w:type="dxa"/>
            <w:vMerge/>
            <w:vAlign w:val="center"/>
          </w:tcPr>
          <w:p w14:paraId="0CA553DE" w14:textId="77777777" w:rsidR="003D297C" w:rsidRDefault="003D297C"/>
        </w:tc>
      </w:tr>
      <w:tr w:rsidR="003D297C" w14:paraId="47547D77" w14:textId="77777777">
        <w:trPr>
          <w:trHeight w:val="420"/>
          <w:jc w:val="center"/>
        </w:trPr>
        <w:tc>
          <w:tcPr>
            <w:tcW w:w="4762" w:type="dxa"/>
            <w:shd w:val="clear" w:color="auto" w:fill="D9D9D9"/>
            <w:vAlign w:val="center"/>
          </w:tcPr>
          <w:p w14:paraId="39CBDC37" w14:textId="77777777" w:rsidR="003D297C" w:rsidRDefault="00000000">
            <w:r>
              <w:rPr>
                <w:rFonts w:ascii="Times New Roman" w:hAnsi="Times New Roman"/>
                <w:sz w:val="19"/>
              </w:rPr>
              <w:t>EBB2003-Öğretim İlke ve Yöntemleri</w:t>
            </w:r>
          </w:p>
        </w:tc>
        <w:tc>
          <w:tcPr>
            <w:tcW w:w="4649" w:type="dxa"/>
            <w:vAlign w:val="center"/>
          </w:tcPr>
          <w:p w14:paraId="5CCC047E" w14:textId="77777777" w:rsidR="003D297C" w:rsidRDefault="00000000">
            <w:r>
              <w:rPr>
                <w:rFonts w:ascii="Times New Roman" w:hAnsi="Times New Roman"/>
                <w:sz w:val="19"/>
              </w:rPr>
              <w:t>Dr. Öğr. Üyesi Filiz Bezci BİRCAN</w:t>
            </w:r>
          </w:p>
        </w:tc>
        <w:tc>
          <w:tcPr>
            <w:tcW w:w="1247" w:type="dxa"/>
            <w:vAlign w:val="center"/>
          </w:tcPr>
          <w:p w14:paraId="19D53FCD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sz w:val="19"/>
              </w:rPr>
              <w:t>12.00</w:t>
            </w:r>
          </w:p>
        </w:tc>
        <w:tc>
          <w:tcPr>
            <w:tcW w:w="3073" w:type="dxa"/>
            <w:vMerge/>
            <w:vAlign w:val="center"/>
          </w:tcPr>
          <w:p w14:paraId="24FD4FC6" w14:textId="77777777" w:rsidR="003D297C" w:rsidRDefault="003D297C"/>
        </w:tc>
        <w:tc>
          <w:tcPr>
            <w:tcW w:w="3073" w:type="dxa"/>
            <w:vMerge/>
            <w:vAlign w:val="center"/>
          </w:tcPr>
          <w:p w14:paraId="24EA3087" w14:textId="77777777" w:rsidR="003D297C" w:rsidRDefault="003D297C"/>
        </w:tc>
      </w:tr>
      <w:tr w:rsidR="003D297C" w14:paraId="576F5306" w14:textId="77777777">
        <w:trPr>
          <w:trHeight w:val="420"/>
          <w:jc w:val="center"/>
        </w:trPr>
        <w:tc>
          <w:tcPr>
            <w:tcW w:w="4762" w:type="dxa"/>
            <w:shd w:val="clear" w:color="auto" w:fill="D9D9D9"/>
            <w:vAlign w:val="center"/>
          </w:tcPr>
          <w:p w14:paraId="0F5E1094" w14:textId="77777777" w:rsidR="003D297C" w:rsidRDefault="00000000">
            <w:r>
              <w:rPr>
                <w:rFonts w:ascii="Times New Roman" w:hAnsi="Times New Roman"/>
                <w:sz w:val="19"/>
              </w:rPr>
              <w:t>EBB2004-Eğitim Psikolojisi</w:t>
            </w:r>
          </w:p>
        </w:tc>
        <w:tc>
          <w:tcPr>
            <w:tcW w:w="4649" w:type="dxa"/>
            <w:vAlign w:val="center"/>
          </w:tcPr>
          <w:p w14:paraId="26AEC925" w14:textId="3CC2FB72" w:rsidR="003D297C" w:rsidRDefault="006A01B7">
            <w:r>
              <w:rPr>
                <w:rFonts w:ascii="Times New Roman" w:hAnsi="Times New Roman"/>
                <w:sz w:val="19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19"/>
              </w:rPr>
              <w:t>Öğr</w:t>
            </w:r>
            <w:proofErr w:type="spellEnd"/>
            <w:r>
              <w:rPr>
                <w:rFonts w:ascii="Times New Roman" w:hAnsi="Times New Roman"/>
                <w:sz w:val="19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9"/>
              </w:rPr>
              <w:t>Üyesi</w:t>
            </w:r>
            <w:proofErr w:type="spellEnd"/>
            <w:r>
              <w:rPr>
                <w:rFonts w:ascii="Times New Roman" w:hAnsi="Times New Roman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Bahaddin DEMİRDİŞ</w:t>
            </w:r>
          </w:p>
        </w:tc>
        <w:tc>
          <w:tcPr>
            <w:tcW w:w="1247" w:type="dxa"/>
            <w:vAlign w:val="center"/>
          </w:tcPr>
          <w:p w14:paraId="1A675FF1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sz w:val="19"/>
              </w:rPr>
              <w:t>12.30</w:t>
            </w:r>
          </w:p>
        </w:tc>
        <w:tc>
          <w:tcPr>
            <w:tcW w:w="3073" w:type="dxa"/>
            <w:vMerge/>
            <w:vAlign w:val="center"/>
          </w:tcPr>
          <w:p w14:paraId="0AD86FAE" w14:textId="77777777" w:rsidR="003D297C" w:rsidRDefault="003D297C"/>
        </w:tc>
        <w:tc>
          <w:tcPr>
            <w:tcW w:w="3073" w:type="dxa"/>
            <w:vMerge/>
            <w:vAlign w:val="center"/>
          </w:tcPr>
          <w:p w14:paraId="2C41127F" w14:textId="77777777" w:rsidR="003D297C" w:rsidRDefault="003D297C"/>
        </w:tc>
      </w:tr>
      <w:tr w:rsidR="003D297C" w14:paraId="7453C039" w14:textId="77777777">
        <w:trPr>
          <w:trHeight w:val="420"/>
          <w:jc w:val="center"/>
        </w:trPr>
        <w:tc>
          <w:tcPr>
            <w:tcW w:w="4762" w:type="dxa"/>
            <w:shd w:val="clear" w:color="auto" w:fill="D9D9D9"/>
            <w:vAlign w:val="center"/>
          </w:tcPr>
          <w:p w14:paraId="64D0F28E" w14:textId="77777777" w:rsidR="003D297C" w:rsidRDefault="00000000">
            <w:r>
              <w:rPr>
                <w:rFonts w:ascii="Times New Roman" w:hAnsi="Times New Roman"/>
                <w:sz w:val="19"/>
              </w:rPr>
              <w:t>EBB2005-Sınıf Yönetimi</w:t>
            </w:r>
          </w:p>
        </w:tc>
        <w:tc>
          <w:tcPr>
            <w:tcW w:w="4649" w:type="dxa"/>
            <w:vAlign w:val="center"/>
          </w:tcPr>
          <w:p w14:paraId="3EF62893" w14:textId="77777777" w:rsidR="003D297C" w:rsidRDefault="00000000">
            <w:r>
              <w:rPr>
                <w:rFonts w:ascii="Times New Roman" w:hAnsi="Times New Roman"/>
                <w:sz w:val="19"/>
              </w:rPr>
              <w:t>Doç. Dr. Süheyla BOZKURT BALCI</w:t>
            </w:r>
          </w:p>
        </w:tc>
        <w:tc>
          <w:tcPr>
            <w:tcW w:w="1247" w:type="dxa"/>
            <w:vAlign w:val="center"/>
          </w:tcPr>
          <w:p w14:paraId="047F53F7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sz w:val="19"/>
              </w:rPr>
              <w:t>13.00</w:t>
            </w:r>
          </w:p>
        </w:tc>
        <w:tc>
          <w:tcPr>
            <w:tcW w:w="3073" w:type="dxa"/>
            <w:vMerge/>
            <w:vAlign w:val="center"/>
          </w:tcPr>
          <w:p w14:paraId="23C4E5ED" w14:textId="77777777" w:rsidR="003D297C" w:rsidRDefault="003D297C"/>
        </w:tc>
        <w:tc>
          <w:tcPr>
            <w:tcW w:w="3073" w:type="dxa"/>
            <w:vMerge/>
            <w:vAlign w:val="center"/>
          </w:tcPr>
          <w:p w14:paraId="53B57B9B" w14:textId="77777777" w:rsidR="003D297C" w:rsidRDefault="003D297C"/>
        </w:tc>
      </w:tr>
      <w:tr w:rsidR="003D297C" w14:paraId="07C5884E" w14:textId="77777777">
        <w:trPr>
          <w:trHeight w:val="420"/>
          <w:jc w:val="center"/>
        </w:trPr>
        <w:tc>
          <w:tcPr>
            <w:tcW w:w="4762" w:type="dxa"/>
            <w:shd w:val="clear" w:color="auto" w:fill="D9D9D9"/>
            <w:vAlign w:val="center"/>
          </w:tcPr>
          <w:p w14:paraId="4C023F85" w14:textId="77777777" w:rsidR="003D297C" w:rsidRDefault="00000000">
            <w:r>
              <w:rPr>
                <w:rFonts w:ascii="Times New Roman" w:hAnsi="Times New Roman"/>
                <w:sz w:val="19"/>
              </w:rPr>
              <w:t>EBB2006-Rehberlik ve Özel Eğitim</w:t>
            </w:r>
          </w:p>
        </w:tc>
        <w:tc>
          <w:tcPr>
            <w:tcW w:w="4649" w:type="dxa"/>
            <w:vAlign w:val="center"/>
          </w:tcPr>
          <w:p w14:paraId="0D4BB20D" w14:textId="77777777" w:rsidR="003D297C" w:rsidRDefault="00000000">
            <w:r>
              <w:rPr>
                <w:rFonts w:ascii="Times New Roman" w:hAnsi="Times New Roman"/>
                <w:sz w:val="19"/>
              </w:rPr>
              <w:t>Ayşegül ŞAHİN</w:t>
            </w:r>
          </w:p>
        </w:tc>
        <w:tc>
          <w:tcPr>
            <w:tcW w:w="1247" w:type="dxa"/>
            <w:vAlign w:val="center"/>
          </w:tcPr>
          <w:p w14:paraId="2BFA634F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sz w:val="19"/>
              </w:rPr>
              <w:t>14.00</w:t>
            </w:r>
          </w:p>
        </w:tc>
        <w:tc>
          <w:tcPr>
            <w:tcW w:w="3073" w:type="dxa"/>
            <w:vMerge/>
            <w:vAlign w:val="center"/>
          </w:tcPr>
          <w:p w14:paraId="3FC08539" w14:textId="77777777" w:rsidR="003D297C" w:rsidRDefault="003D297C"/>
        </w:tc>
        <w:tc>
          <w:tcPr>
            <w:tcW w:w="3073" w:type="dxa"/>
            <w:vMerge/>
            <w:vAlign w:val="center"/>
          </w:tcPr>
          <w:p w14:paraId="57C3A609" w14:textId="77777777" w:rsidR="003D297C" w:rsidRDefault="003D297C"/>
        </w:tc>
      </w:tr>
      <w:tr w:rsidR="003D297C" w14:paraId="725772CE" w14:textId="77777777">
        <w:trPr>
          <w:trHeight w:val="420"/>
          <w:jc w:val="center"/>
        </w:trPr>
        <w:tc>
          <w:tcPr>
            <w:tcW w:w="4762" w:type="dxa"/>
            <w:shd w:val="clear" w:color="auto" w:fill="D9D9D9"/>
            <w:vAlign w:val="center"/>
          </w:tcPr>
          <w:p w14:paraId="400AD46E" w14:textId="77777777" w:rsidR="003D297C" w:rsidRDefault="00000000">
            <w:r>
              <w:rPr>
                <w:rFonts w:ascii="Times New Roman" w:hAnsi="Times New Roman"/>
                <w:sz w:val="19"/>
              </w:rPr>
              <w:t>EBB2007-Özel Öğretim Yöntemleri</w:t>
            </w:r>
          </w:p>
        </w:tc>
        <w:tc>
          <w:tcPr>
            <w:tcW w:w="4649" w:type="dxa"/>
            <w:vAlign w:val="center"/>
          </w:tcPr>
          <w:p w14:paraId="7A844D5C" w14:textId="77777777" w:rsidR="003D297C" w:rsidRDefault="00000000">
            <w:r>
              <w:rPr>
                <w:rFonts w:ascii="Times New Roman" w:hAnsi="Times New Roman"/>
                <w:sz w:val="19"/>
              </w:rPr>
              <w:t>Prof. Dr. Nuray ZAN</w:t>
            </w:r>
          </w:p>
        </w:tc>
        <w:tc>
          <w:tcPr>
            <w:tcW w:w="1247" w:type="dxa"/>
            <w:vAlign w:val="center"/>
          </w:tcPr>
          <w:p w14:paraId="4098B49D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sz w:val="19"/>
              </w:rPr>
              <w:t>14.30</w:t>
            </w:r>
          </w:p>
        </w:tc>
        <w:tc>
          <w:tcPr>
            <w:tcW w:w="3073" w:type="dxa"/>
            <w:vMerge/>
            <w:vAlign w:val="center"/>
          </w:tcPr>
          <w:p w14:paraId="3D55BDFB" w14:textId="77777777" w:rsidR="003D297C" w:rsidRDefault="003D297C"/>
        </w:tc>
        <w:tc>
          <w:tcPr>
            <w:tcW w:w="3073" w:type="dxa"/>
            <w:vMerge/>
            <w:vAlign w:val="center"/>
          </w:tcPr>
          <w:p w14:paraId="1D6622F2" w14:textId="77777777" w:rsidR="003D297C" w:rsidRDefault="003D297C"/>
        </w:tc>
      </w:tr>
      <w:tr w:rsidR="003D297C" w14:paraId="2F95FFE6" w14:textId="77777777">
        <w:trPr>
          <w:trHeight w:val="420"/>
          <w:jc w:val="center"/>
        </w:trPr>
        <w:tc>
          <w:tcPr>
            <w:tcW w:w="4762" w:type="dxa"/>
            <w:shd w:val="clear" w:color="auto" w:fill="D9D9D9"/>
            <w:vAlign w:val="center"/>
          </w:tcPr>
          <w:p w14:paraId="1FDC4153" w14:textId="77777777" w:rsidR="003D297C" w:rsidRDefault="00000000">
            <w:r>
              <w:rPr>
                <w:rFonts w:ascii="Times New Roman" w:hAnsi="Times New Roman"/>
                <w:sz w:val="19"/>
              </w:rPr>
              <w:t>EBB2008-Öğretim Teknolojileri</w:t>
            </w:r>
          </w:p>
        </w:tc>
        <w:tc>
          <w:tcPr>
            <w:tcW w:w="4649" w:type="dxa"/>
            <w:vAlign w:val="center"/>
          </w:tcPr>
          <w:p w14:paraId="5FC2C3A0" w14:textId="77777777" w:rsidR="003D297C" w:rsidRDefault="00000000">
            <w:r>
              <w:rPr>
                <w:rFonts w:ascii="Times New Roman" w:hAnsi="Times New Roman"/>
                <w:sz w:val="19"/>
              </w:rPr>
              <w:t>Doç. Dr. Ekrem Zahid BOYRAZ</w:t>
            </w:r>
          </w:p>
        </w:tc>
        <w:tc>
          <w:tcPr>
            <w:tcW w:w="1247" w:type="dxa"/>
            <w:vAlign w:val="center"/>
          </w:tcPr>
          <w:p w14:paraId="4DD7ACFD" w14:textId="77777777" w:rsidR="003D297C" w:rsidRDefault="00000000">
            <w:pPr>
              <w:jc w:val="center"/>
            </w:pPr>
            <w:r>
              <w:rPr>
                <w:rFonts w:ascii="Times New Roman" w:hAnsi="Times New Roman"/>
                <w:sz w:val="19"/>
              </w:rPr>
              <w:t>10.30</w:t>
            </w:r>
          </w:p>
        </w:tc>
        <w:tc>
          <w:tcPr>
            <w:tcW w:w="3073" w:type="dxa"/>
            <w:vMerge/>
            <w:vAlign w:val="center"/>
          </w:tcPr>
          <w:p w14:paraId="661433E9" w14:textId="77777777" w:rsidR="003D297C" w:rsidRDefault="003D297C"/>
        </w:tc>
        <w:tc>
          <w:tcPr>
            <w:tcW w:w="3073" w:type="dxa"/>
            <w:vMerge/>
            <w:vAlign w:val="center"/>
          </w:tcPr>
          <w:p w14:paraId="30184EDB" w14:textId="77777777" w:rsidR="003D297C" w:rsidRDefault="003D297C"/>
        </w:tc>
      </w:tr>
      <w:tr w:rsidR="003D297C" w14:paraId="16FB081F" w14:textId="77777777">
        <w:trPr>
          <w:trHeight w:val="420"/>
          <w:jc w:val="center"/>
        </w:trPr>
        <w:tc>
          <w:tcPr>
            <w:tcW w:w="4762" w:type="dxa"/>
            <w:shd w:val="clear" w:color="auto" w:fill="D9D9D9"/>
            <w:vAlign w:val="center"/>
          </w:tcPr>
          <w:p w14:paraId="2886FA51" w14:textId="77777777" w:rsidR="003D297C" w:rsidRDefault="00000000">
            <w:r>
              <w:rPr>
                <w:rFonts w:ascii="Times New Roman" w:hAnsi="Times New Roman"/>
                <w:sz w:val="19"/>
              </w:rPr>
              <w:t>EBB2009-Öğretmenlik Uygulaması</w:t>
            </w:r>
          </w:p>
        </w:tc>
        <w:tc>
          <w:tcPr>
            <w:tcW w:w="4649" w:type="dxa"/>
            <w:vAlign w:val="center"/>
          </w:tcPr>
          <w:p w14:paraId="5D3DAE25" w14:textId="77777777" w:rsidR="003D297C" w:rsidRDefault="00000000">
            <w:r>
              <w:rPr>
                <w:rFonts w:ascii="Times New Roman" w:hAnsi="Times New Roman"/>
                <w:sz w:val="19"/>
              </w:rPr>
              <w:t>Süreç tamamlandı</w:t>
            </w:r>
          </w:p>
        </w:tc>
        <w:tc>
          <w:tcPr>
            <w:tcW w:w="1247" w:type="dxa"/>
            <w:vAlign w:val="center"/>
          </w:tcPr>
          <w:p w14:paraId="224EAE8A" w14:textId="77777777" w:rsidR="003D297C" w:rsidRDefault="003D297C">
            <w:pPr>
              <w:jc w:val="center"/>
            </w:pPr>
          </w:p>
        </w:tc>
        <w:tc>
          <w:tcPr>
            <w:tcW w:w="3073" w:type="dxa"/>
            <w:vMerge/>
            <w:vAlign w:val="center"/>
          </w:tcPr>
          <w:p w14:paraId="3F8AA997" w14:textId="77777777" w:rsidR="003D297C" w:rsidRDefault="003D297C"/>
        </w:tc>
        <w:tc>
          <w:tcPr>
            <w:tcW w:w="3073" w:type="dxa"/>
            <w:vMerge/>
            <w:vAlign w:val="center"/>
          </w:tcPr>
          <w:p w14:paraId="4598EE4E" w14:textId="77777777" w:rsidR="003D297C" w:rsidRDefault="003D297C"/>
        </w:tc>
      </w:tr>
    </w:tbl>
    <w:p w14:paraId="37734250" w14:textId="77777777" w:rsidR="000439FF" w:rsidRDefault="000439FF"/>
    <w:sectPr w:rsidR="000439FF" w:rsidSect="00034616">
      <w:pgSz w:w="16838" w:h="11906" w:orient="landscape"/>
      <w:pgMar w:top="680" w:right="737" w:bottom="68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644799">
    <w:abstractNumId w:val="8"/>
  </w:num>
  <w:num w:numId="2" w16cid:durableId="1653829951">
    <w:abstractNumId w:val="6"/>
  </w:num>
  <w:num w:numId="3" w16cid:durableId="1949385906">
    <w:abstractNumId w:val="5"/>
  </w:num>
  <w:num w:numId="4" w16cid:durableId="1652100336">
    <w:abstractNumId w:val="4"/>
  </w:num>
  <w:num w:numId="5" w16cid:durableId="224142964">
    <w:abstractNumId w:val="7"/>
  </w:num>
  <w:num w:numId="6" w16cid:durableId="1547987285">
    <w:abstractNumId w:val="3"/>
  </w:num>
  <w:num w:numId="7" w16cid:durableId="484008602">
    <w:abstractNumId w:val="2"/>
  </w:num>
  <w:num w:numId="8" w16cid:durableId="2071029046">
    <w:abstractNumId w:val="1"/>
  </w:num>
  <w:num w:numId="9" w16cid:durableId="161763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39FF"/>
    <w:rsid w:val="0006063C"/>
    <w:rsid w:val="0015074B"/>
    <w:rsid w:val="0029639D"/>
    <w:rsid w:val="00326F90"/>
    <w:rsid w:val="003D297C"/>
    <w:rsid w:val="006A01B7"/>
    <w:rsid w:val="00820B7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9DED2"/>
  <w14:defaultImageDpi w14:val="300"/>
  <w15:docId w15:val="{BED7829E-B7AA-4740-8A90-8E85ED52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Nuray ZAN</cp:lastModifiedBy>
  <cp:revision>2</cp:revision>
  <dcterms:created xsi:type="dcterms:W3CDTF">2013-12-23T23:15:00Z</dcterms:created>
  <dcterms:modified xsi:type="dcterms:W3CDTF">2026-08-21T21:33:00Z</dcterms:modified>
  <cp:category/>
</cp:coreProperties>
</file>