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9.0 -->
  <w:body>
    <w:tbl>
      <w:tblPr>
        <w:tblW w:w="0" w:type="auto"/>
        <w:jc w:val="center"/>
        <w:tblLayout w:type="fixed"/>
        <w:tblLook w:val="04A0"/>
      </w:tblPr>
      <w:tblGrid>
        <w:gridCol w:w="1814"/>
        <w:gridCol w:w="8220"/>
      </w:tblGrid>
      <w:tr w14:paraId="18DF62BC" w14:textId="77777777">
        <w:tblPrEx>
          <w:tblW w:w="0" w:type="auto"/>
          <w:tblLayout w:type="fixed"/>
          <w:tblLook w:val="04A0"/>
        </w:tblPrEx>
        <w:tc>
          <w:tcPr>
            <w:tcW w:w="1814" w:type="dxa"/>
            <w:tcMar>
              <w:top w:w="0" w:type="dxa"/>
              <w:left w:w="0" w:type="dxa"/>
              <w:bottom w:w="0" w:type="dxa"/>
              <w:right w:w="0" w:type="dxa"/>
            </w:tcMar>
          </w:tcPr>
          <w:p w:rsidR="00B74DF9" w:rsidRPr="001B755D" w14:paraId="7BC9DB5F" w14:textId="77777777">
            <w:pPr>
              <w:jc w:val="center"/>
              <w:rPr>
                <w:rFonts w:ascii="Times New Roman" w:hAnsi="Times New Roman" w:cs="Times New Roman"/>
              </w:rPr>
            </w:pPr>
            <w:r w:rsidRPr="001B755D">
              <w:rPr>
                <w:rFonts w:ascii="Times New Roman" w:hAnsi="Times New Roman" w:cs="Times New Roman"/>
                <w:noProof/>
              </w:rPr>
              <w:drawing>
                <wp:inline distT="0" distB="0" distL="0" distR="0">
                  <wp:extent cx="1152000" cy="127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Çerkeş MYO Logo-01.jpg"/>
                          <pic:cNvPicPr/>
                        </pic:nvPicPr>
                        <pic:blipFill>
                          <a:blip xmlns:r="http://schemas.openxmlformats.org/officeDocument/2006/relationships" r:embed="rId5"/>
                          <a:srcRect l="2500" t="8500" r="2500" b="10000"/>
                          <a:stretch>
                            <a:fillRect/>
                          </a:stretch>
                        </pic:blipFill>
                        <pic:spPr>
                          <a:xfrm>
                            <a:off x="0" y="0"/>
                            <a:ext cx="1152000" cy="1278000"/>
                          </a:xfrm>
                          <a:prstGeom prst="rect">
                            <a:avLst/>
                          </a:prstGeom>
                        </pic:spPr>
                      </pic:pic>
                    </a:graphicData>
                  </a:graphic>
                </wp:inline>
              </w:drawing>
            </w:r>
          </w:p>
        </w:tc>
        <w:tc>
          <w:tcPr>
            <w:tcW w:w="8220" w:type="dxa"/>
            <w:tcMar>
              <w:top w:w="0" w:type="dxa"/>
              <w:left w:w="0" w:type="dxa"/>
              <w:bottom w:w="0" w:type="dxa"/>
              <w:right w:w="0" w:type="dxa"/>
            </w:tcMar>
          </w:tcPr>
          <w:p w:rsidR="00B74DF9" w:rsidRPr="001B755D" w14:paraId="09F1B5FD" w14:textId="77777777">
            <w:pPr>
              <w:spacing w:before="260"/>
              <w:jc w:val="center"/>
              <w:rPr>
                <w:rFonts w:ascii="Times New Roman" w:hAnsi="Times New Roman" w:cs="Times New Roman"/>
              </w:rPr>
            </w:pPr>
            <w:r w:rsidRPr="001B755D">
              <w:rPr>
                <w:rFonts w:ascii="Times New Roman" w:hAnsi="Times New Roman" w:cs="Times New Roman"/>
                <w:b/>
              </w:rPr>
              <w:t>T.C.</w:t>
            </w:r>
            <w:r w:rsidRPr="001B755D">
              <w:rPr>
                <w:rFonts w:ascii="Times New Roman" w:hAnsi="Times New Roman" w:cs="Times New Roman"/>
                <w:b/>
              </w:rPr>
              <w:br/>
              <w:t>ÇANKIRI KARATEKİN ÜNİVERSİTESİ</w:t>
            </w:r>
            <w:r w:rsidRPr="001B755D">
              <w:rPr>
                <w:rFonts w:ascii="Times New Roman" w:hAnsi="Times New Roman" w:cs="Times New Roman"/>
                <w:b/>
              </w:rPr>
              <w:br/>
              <w:t>ÇERKEŞ MESLEK YÜKSEKOKULU</w:t>
            </w:r>
            <w:r w:rsidRPr="001B755D">
              <w:rPr>
                <w:rFonts w:ascii="Times New Roman" w:hAnsi="Times New Roman" w:cs="Times New Roman"/>
                <w:b/>
              </w:rPr>
              <w:br/>
              <w:t>DERS TELAFİ DİLEKÇESİ</w:t>
            </w:r>
          </w:p>
        </w:tc>
      </w:tr>
    </w:tbl>
    <w:p w:rsidR="00B74DF9" w:rsidRPr="001B755D" w14:paraId="4CDB8623" w14:textId="77777777">
      <w:pPr>
        <w:spacing w:before="180" w:after="40"/>
        <w:jc w:val="center"/>
        <w:rPr>
          <w:rFonts w:ascii="Times New Roman" w:hAnsi="Times New Roman" w:cs="Times New Roman"/>
        </w:rPr>
      </w:pPr>
      <w:r w:rsidRPr="001B755D">
        <w:rPr>
          <w:rFonts w:ascii="Times New Roman" w:hAnsi="Times New Roman" w:cs="Times New Roman"/>
          <w:b/>
        </w:rPr>
        <w:t>ÇERKEŞ MESLEK YÜKSEKOKULU MÜDÜRLÜĞÜNE</w:t>
      </w:r>
    </w:p>
    <w:p w:rsidR="001B755D" w:rsidRPr="001B755D" w:rsidP="001B755D" w14:paraId="67B3D64F" w14:textId="77777777">
      <w:pPr>
        <w:spacing w:after="160"/>
        <w:jc w:val="center"/>
        <w:rPr>
          <w:rFonts w:ascii="Times New Roman" w:hAnsi="Times New Roman" w:cs="Times New Roman"/>
          <w:i/>
          <w:sz w:val="16"/>
        </w:rPr>
      </w:pPr>
      <w:r w:rsidRPr="001B755D">
        <w:rPr>
          <w:rFonts w:ascii="Times New Roman" w:hAnsi="Times New Roman" w:cs="Times New Roman"/>
          <w:i/>
          <w:sz w:val="16"/>
        </w:rPr>
        <w:t>(Bu form bilgisayar ortamında doldurulmalıdır.)</w:t>
      </w:r>
    </w:p>
    <w:p w:rsidR="00B74DF9" w:rsidRPr="001B755D" w:rsidP="001B755D" w14:paraId="032A974C" w14:textId="7562BB2E">
      <w:pPr>
        <w:spacing w:after="160"/>
        <w:jc w:val="center"/>
        <w:rPr>
          <w:rFonts w:ascii="Times New Roman" w:hAnsi="Times New Roman" w:cs="Times New Roman"/>
        </w:rPr>
      </w:pPr>
      <w:r w:rsidRPr="001B755D">
        <w:rPr>
          <w:rFonts w:ascii="Times New Roman" w:hAnsi="Times New Roman" w:cs="Times New Roman"/>
        </w:rPr>
        <w:t>Öğretim</w:t>
      </w:r>
      <w:r w:rsidRPr="001B755D">
        <w:rPr>
          <w:rFonts w:ascii="Times New Roman" w:hAnsi="Times New Roman" w:cs="Times New Roman"/>
        </w:rPr>
        <w:t xml:space="preserve"> </w:t>
      </w:r>
      <w:r w:rsidRPr="001B755D">
        <w:rPr>
          <w:rFonts w:ascii="Times New Roman" w:hAnsi="Times New Roman" w:cs="Times New Roman"/>
        </w:rPr>
        <w:t>Elemanı</w:t>
      </w:r>
      <w:r w:rsidRPr="001B755D">
        <w:rPr>
          <w:rFonts w:ascii="Times New Roman" w:hAnsi="Times New Roman" w:cs="Times New Roman"/>
        </w:rPr>
        <w:t xml:space="preserve"> </w:t>
      </w:r>
      <w:r w:rsidRPr="001B755D">
        <w:rPr>
          <w:rFonts w:ascii="Times New Roman" w:hAnsi="Times New Roman" w:cs="Times New Roman"/>
        </w:rPr>
        <w:t>Bilgileri</w:t>
      </w:r>
    </w:p>
    <w:tbl>
      <w:tblPr>
        <w:tblW w:w="0" w:type="auto"/>
        <w:jc w:val="center"/>
        <w:tblLayout w:type="fixed"/>
        <w:tblLook w:val="04A0"/>
      </w:tblPr>
      <w:tblGrid>
        <w:gridCol w:w="2551"/>
        <w:gridCol w:w="7483"/>
      </w:tblGrid>
      <w:tr w14:paraId="66764FDF" w14:textId="77777777">
        <w:tblPrEx>
          <w:tblW w:w="0" w:type="auto"/>
          <w:tblLayout w:type="fixed"/>
          <w:tblLook w:val="04A0"/>
        </w:tblPrEx>
        <w:tc>
          <w:tcPr>
            <w:tcW w:w="2551" w:type="dxa"/>
            <w:tcBorders>
              <w:bottom w:val="single" w:sz="4" w:space="0" w:color="C5C9CD"/>
            </w:tcBorders>
            <w:shd w:val="clear" w:color="auto" w:fill="F2F4F6"/>
            <w:tcMar>
              <w:top w:w="75" w:type="dxa"/>
              <w:left w:w="90" w:type="dxa"/>
              <w:bottom w:w="75" w:type="dxa"/>
              <w:right w:w="90" w:type="dxa"/>
            </w:tcMar>
            <w:vAlign w:val="center"/>
          </w:tcPr>
          <w:p w:rsidR="00B74DF9" w:rsidRPr="001B755D" w14:paraId="13FAFDED" w14:textId="77777777">
            <w:pPr>
              <w:rPr>
                <w:rFonts w:ascii="Times New Roman" w:hAnsi="Times New Roman" w:cs="Times New Roman"/>
              </w:rPr>
            </w:pPr>
            <w:r w:rsidRPr="001B755D">
              <w:rPr>
                <w:rFonts w:ascii="Times New Roman" w:hAnsi="Times New Roman" w:cs="Times New Roman"/>
                <w:b/>
                <w:sz w:val="17"/>
              </w:rPr>
              <w:t>Adı Soyadı ve Unvanı</w:t>
            </w:r>
          </w:p>
        </w:tc>
        <w:tc>
          <w:tcPr>
            <w:tcW w:w="7483" w:type="dxa"/>
            <w:tcBorders>
              <w:bottom w:val="single" w:sz="4" w:space="0" w:color="C5C9CD"/>
            </w:tcBorders>
            <w:tcMar>
              <w:top w:w="75" w:type="dxa"/>
              <w:left w:w="90" w:type="dxa"/>
              <w:bottom w:w="75" w:type="dxa"/>
              <w:right w:w="90" w:type="dxa"/>
            </w:tcMar>
            <w:vAlign w:val="center"/>
          </w:tcPr>
          <w:p w:rsidR="00B74DF9" w:rsidRPr="001B755D" w14:paraId="1EEC333C" w14:textId="77777777">
            <w:pPr>
              <w:rPr>
                <w:rFonts w:ascii="Times New Roman" w:hAnsi="Times New Roman" w:cs="Times New Roman"/>
              </w:rPr>
            </w:pPr>
            <w:r w:rsidRPr="001B755D">
              <w:rPr>
                <w:rFonts w:ascii="Times New Roman" w:hAnsi="Times New Roman" w:cs="Times New Roman"/>
                <w:sz w:val="17"/>
              </w:rPr>
              <w:t>........................................................................................................</w:t>
            </w:r>
          </w:p>
        </w:tc>
      </w:tr>
      <w:tr w14:paraId="6B0BB4D6" w14:textId="77777777">
        <w:tblPrEx>
          <w:tblW w:w="0" w:type="auto"/>
          <w:tblLayout w:type="fixed"/>
          <w:tblLook w:val="04A0"/>
        </w:tblPrEx>
        <w:tc>
          <w:tcPr>
            <w:tcW w:w="2551" w:type="dxa"/>
            <w:tcBorders>
              <w:bottom w:val="single" w:sz="4" w:space="0" w:color="C5C9CD"/>
            </w:tcBorders>
            <w:shd w:val="clear" w:color="auto" w:fill="F2F4F6"/>
            <w:tcMar>
              <w:top w:w="75" w:type="dxa"/>
              <w:left w:w="90" w:type="dxa"/>
              <w:bottom w:w="75" w:type="dxa"/>
              <w:right w:w="90" w:type="dxa"/>
            </w:tcMar>
            <w:vAlign w:val="center"/>
          </w:tcPr>
          <w:p w:rsidR="00B74DF9" w:rsidRPr="001B755D" w14:paraId="63E31E5D" w14:textId="77777777">
            <w:pPr>
              <w:rPr>
                <w:rFonts w:ascii="Times New Roman" w:hAnsi="Times New Roman" w:cs="Times New Roman"/>
              </w:rPr>
            </w:pPr>
            <w:r w:rsidRPr="001B755D">
              <w:rPr>
                <w:rFonts w:ascii="Times New Roman" w:hAnsi="Times New Roman" w:cs="Times New Roman"/>
                <w:b/>
                <w:sz w:val="17"/>
              </w:rPr>
              <w:t>Bölümü</w:t>
            </w:r>
          </w:p>
        </w:tc>
        <w:tc>
          <w:tcPr>
            <w:tcW w:w="7483" w:type="dxa"/>
            <w:tcBorders>
              <w:bottom w:val="single" w:sz="4" w:space="0" w:color="C5C9CD"/>
            </w:tcBorders>
            <w:tcMar>
              <w:top w:w="75" w:type="dxa"/>
              <w:left w:w="90" w:type="dxa"/>
              <w:bottom w:w="75" w:type="dxa"/>
              <w:right w:w="90" w:type="dxa"/>
            </w:tcMar>
            <w:vAlign w:val="center"/>
          </w:tcPr>
          <w:p w:rsidR="00B74DF9" w:rsidRPr="001B755D" w14:paraId="1B10B565" w14:textId="77777777">
            <w:pPr>
              <w:rPr>
                <w:rFonts w:ascii="Times New Roman" w:hAnsi="Times New Roman" w:cs="Times New Roman"/>
              </w:rPr>
            </w:pPr>
            <w:r w:rsidRPr="001B755D">
              <w:rPr>
                <w:rFonts w:ascii="Times New Roman" w:hAnsi="Times New Roman" w:cs="Times New Roman"/>
                <w:sz w:val="17"/>
              </w:rPr>
              <w:t>........................................................................................................</w:t>
            </w:r>
          </w:p>
        </w:tc>
      </w:tr>
      <w:tr w14:paraId="3203977A" w14:textId="77777777">
        <w:tblPrEx>
          <w:tblW w:w="0" w:type="auto"/>
          <w:tblLayout w:type="fixed"/>
          <w:tblLook w:val="04A0"/>
        </w:tblPrEx>
        <w:tc>
          <w:tcPr>
            <w:tcW w:w="2551" w:type="dxa"/>
            <w:tcBorders>
              <w:bottom w:val="single" w:sz="4" w:space="0" w:color="C5C9CD"/>
            </w:tcBorders>
            <w:shd w:val="clear" w:color="auto" w:fill="F2F4F6"/>
            <w:tcMar>
              <w:top w:w="75" w:type="dxa"/>
              <w:left w:w="90" w:type="dxa"/>
              <w:bottom w:w="75" w:type="dxa"/>
              <w:right w:w="90" w:type="dxa"/>
            </w:tcMar>
            <w:vAlign w:val="center"/>
          </w:tcPr>
          <w:p w:rsidR="00B74DF9" w:rsidRPr="001B755D" w14:paraId="3B256B15" w14:textId="77777777">
            <w:pPr>
              <w:rPr>
                <w:rFonts w:ascii="Times New Roman" w:hAnsi="Times New Roman" w:cs="Times New Roman"/>
              </w:rPr>
            </w:pPr>
            <w:r w:rsidRPr="001B755D">
              <w:rPr>
                <w:rFonts w:ascii="Times New Roman" w:hAnsi="Times New Roman" w:cs="Times New Roman"/>
                <w:b/>
                <w:sz w:val="17"/>
              </w:rPr>
              <w:t>Programı</w:t>
            </w:r>
          </w:p>
        </w:tc>
        <w:tc>
          <w:tcPr>
            <w:tcW w:w="7483" w:type="dxa"/>
            <w:tcBorders>
              <w:bottom w:val="single" w:sz="4" w:space="0" w:color="C5C9CD"/>
            </w:tcBorders>
            <w:tcMar>
              <w:top w:w="75" w:type="dxa"/>
              <w:left w:w="90" w:type="dxa"/>
              <w:bottom w:w="75" w:type="dxa"/>
              <w:right w:w="90" w:type="dxa"/>
            </w:tcMar>
            <w:vAlign w:val="center"/>
          </w:tcPr>
          <w:p w:rsidR="00B74DF9" w:rsidRPr="001B755D" w14:paraId="2589C97D" w14:textId="77777777">
            <w:pPr>
              <w:rPr>
                <w:rFonts w:ascii="Times New Roman" w:hAnsi="Times New Roman" w:cs="Times New Roman"/>
              </w:rPr>
            </w:pPr>
            <w:r w:rsidRPr="001B755D">
              <w:rPr>
                <w:rFonts w:ascii="Times New Roman" w:hAnsi="Times New Roman" w:cs="Times New Roman"/>
                <w:sz w:val="17"/>
              </w:rPr>
              <w:t>........................................................................................................</w:t>
            </w:r>
          </w:p>
        </w:tc>
      </w:tr>
      <w:tr w14:paraId="4979A759" w14:textId="77777777">
        <w:tblPrEx>
          <w:tblW w:w="0" w:type="auto"/>
          <w:tblLayout w:type="fixed"/>
          <w:tblLook w:val="04A0"/>
        </w:tblPrEx>
        <w:tc>
          <w:tcPr>
            <w:tcW w:w="2551" w:type="dxa"/>
            <w:tcBorders>
              <w:bottom w:val="single" w:sz="4" w:space="0" w:color="C5C9CD"/>
            </w:tcBorders>
            <w:shd w:val="clear" w:color="auto" w:fill="F2F4F6"/>
            <w:tcMar>
              <w:top w:w="75" w:type="dxa"/>
              <w:left w:w="90" w:type="dxa"/>
              <w:bottom w:w="75" w:type="dxa"/>
              <w:right w:w="90" w:type="dxa"/>
            </w:tcMar>
            <w:vAlign w:val="center"/>
          </w:tcPr>
          <w:p w:rsidR="00B74DF9" w:rsidRPr="001B755D" w14:paraId="4ED6FFB5" w14:textId="77777777">
            <w:pPr>
              <w:rPr>
                <w:rFonts w:ascii="Times New Roman" w:hAnsi="Times New Roman" w:cs="Times New Roman"/>
              </w:rPr>
            </w:pPr>
            <w:r w:rsidRPr="001B755D">
              <w:rPr>
                <w:rFonts w:ascii="Times New Roman" w:hAnsi="Times New Roman" w:cs="Times New Roman"/>
                <w:b/>
                <w:sz w:val="17"/>
              </w:rPr>
              <w:t>Telafi Gerekçesi</w:t>
            </w:r>
          </w:p>
        </w:tc>
        <w:tc>
          <w:tcPr>
            <w:tcW w:w="7483" w:type="dxa"/>
            <w:tcBorders>
              <w:bottom w:val="single" w:sz="4" w:space="0" w:color="C5C9CD"/>
            </w:tcBorders>
            <w:tcMar>
              <w:top w:w="75" w:type="dxa"/>
              <w:left w:w="90" w:type="dxa"/>
              <w:bottom w:w="75" w:type="dxa"/>
              <w:right w:w="90" w:type="dxa"/>
            </w:tcMar>
            <w:vAlign w:val="center"/>
          </w:tcPr>
          <w:p w:rsidR="00B74DF9" w:rsidRPr="001B755D" w14:paraId="291C9B2C" w14:textId="77777777">
            <w:pPr>
              <w:rPr>
                <w:rFonts w:ascii="Times New Roman" w:hAnsi="Times New Roman" w:cs="Times New Roman"/>
              </w:rPr>
            </w:pPr>
            <w:r w:rsidRPr="001B755D">
              <w:rPr>
                <w:rFonts w:ascii="Times New Roman" w:hAnsi="Times New Roman" w:cs="Times New Roman"/>
                <w:sz w:val="17"/>
              </w:rPr>
              <w:t>........................................................................................................</w:t>
            </w:r>
          </w:p>
        </w:tc>
      </w:tr>
      <w:tr w14:paraId="54C152C8" w14:textId="77777777">
        <w:tblPrEx>
          <w:tblW w:w="0" w:type="auto"/>
          <w:tblLayout w:type="fixed"/>
          <w:tblLook w:val="04A0"/>
        </w:tblPrEx>
        <w:tc>
          <w:tcPr>
            <w:tcW w:w="2551" w:type="dxa"/>
            <w:tcBorders>
              <w:bottom w:val="single" w:sz="4" w:space="0" w:color="C5C9CD"/>
            </w:tcBorders>
            <w:shd w:val="clear" w:color="auto" w:fill="F2F4F6"/>
            <w:tcMar>
              <w:top w:w="75" w:type="dxa"/>
              <w:left w:w="90" w:type="dxa"/>
              <w:bottom w:w="75" w:type="dxa"/>
              <w:right w:w="90" w:type="dxa"/>
            </w:tcMar>
            <w:vAlign w:val="center"/>
          </w:tcPr>
          <w:p w:rsidR="00B74DF9" w:rsidRPr="001B755D" w14:paraId="5B15DC4B" w14:textId="77777777">
            <w:pPr>
              <w:rPr>
                <w:rFonts w:ascii="Times New Roman" w:hAnsi="Times New Roman" w:cs="Times New Roman"/>
              </w:rPr>
            </w:pPr>
            <w:r w:rsidRPr="001B755D">
              <w:rPr>
                <w:rFonts w:ascii="Times New Roman" w:hAnsi="Times New Roman" w:cs="Times New Roman"/>
                <w:b/>
                <w:sz w:val="17"/>
              </w:rPr>
              <w:t>Görevlendirme Olur Tarihi</w:t>
            </w:r>
          </w:p>
        </w:tc>
        <w:tc>
          <w:tcPr>
            <w:tcW w:w="7483" w:type="dxa"/>
            <w:tcBorders>
              <w:bottom w:val="single" w:sz="4" w:space="0" w:color="C5C9CD"/>
            </w:tcBorders>
            <w:tcMar>
              <w:top w:w="75" w:type="dxa"/>
              <w:left w:w="90" w:type="dxa"/>
              <w:bottom w:w="75" w:type="dxa"/>
              <w:right w:w="90" w:type="dxa"/>
            </w:tcMar>
            <w:vAlign w:val="center"/>
          </w:tcPr>
          <w:p w:rsidR="00B74DF9" w:rsidRPr="001B755D" w14:paraId="70B116B7" w14:textId="77777777">
            <w:pPr>
              <w:rPr>
                <w:rFonts w:ascii="Times New Roman" w:hAnsi="Times New Roman" w:cs="Times New Roman"/>
              </w:rPr>
            </w:pPr>
            <w:r w:rsidRPr="001B755D">
              <w:rPr>
                <w:rFonts w:ascii="Times New Roman" w:hAnsi="Times New Roman" w:cs="Times New Roman"/>
                <w:sz w:val="17"/>
              </w:rPr>
              <w:t>........................................................................................................</w:t>
            </w:r>
          </w:p>
        </w:tc>
      </w:tr>
      <w:tr w14:paraId="1F721857" w14:textId="77777777">
        <w:tblPrEx>
          <w:tblW w:w="0" w:type="auto"/>
          <w:tblLayout w:type="fixed"/>
          <w:tblLook w:val="04A0"/>
        </w:tblPrEx>
        <w:tc>
          <w:tcPr>
            <w:tcW w:w="2551" w:type="dxa"/>
            <w:tcBorders>
              <w:bottom w:val="single" w:sz="4" w:space="0" w:color="C5C9CD"/>
            </w:tcBorders>
            <w:shd w:val="clear" w:color="auto" w:fill="F2F4F6"/>
            <w:tcMar>
              <w:top w:w="75" w:type="dxa"/>
              <w:left w:w="90" w:type="dxa"/>
              <w:bottom w:w="75" w:type="dxa"/>
              <w:right w:w="90" w:type="dxa"/>
            </w:tcMar>
            <w:vAlign w:val="center"/>
          </w:tcPr>
          <w:p w:rsidR="00B74DF9" w:rsidRPr="001B755D" w14:paraId="17919681" w14:textId="77777777">
            <w:pPr>
              <w:rPr>
                <w:rFonts w:ascii="Times New Roman" w:hAnsi="Times New Roman" w:cs="Times New Roman"/>
              </w:rPr>
            </w:pPr>
            <w:r w:rsidRPr="001B755D">
              <w:rPr>
                <w:rFonts w:ascii="Times New Roman" w:hAnsi="Times New Roman" w:cs="Times New Roman"/>
                <w:b/>
                <w:sz w:val="17"/>
              </w:rPr>
              <w:t>Sağlık Raporu Bitiş Tarihi</w:t>
            </w:r>
          </w:p>
        </w:tc>
        <w:tc>
          <w:tcPr>
            <w:tcW w:w="7483" w:type="dxa"/>
            <w:tcBorders>
              <w:bottom w:val="single" w:sz="4" w:space="0" w:color="C5C9CD"/>
            </w:tcBorders>
            <w:tcMar>
              <w:top w:w="75" w:type="dxa"/>
              <w:left w:w="90" w:type="dxa"/>
              <w:bottom w:w="75" w:type="dxa"/>
              <w:right w:w="90" w:type="dxa"/>
            </w:tcMar>
            <w:vAlign w:val="center"/>
          </w:tcPr>
          <w:p w:rsidR="00B74DF9" w:rsidRPr="001B755D" w14:paraId="47479028" w14:textId="77777777">
            <w:pPr>
              <w:rPr>
                <w:rFonts w:ascii="Times New Roman" w:hAnsi="Times New Roman" w:cs="Times New Roman"/>
              </w:rPr>
            </w:pPr>
            <w:r w:rsidRPr="001B755D">
              <w:rPr>
                <w:rFonts w:ascii="Times New Roman" w:hAnsi="Times New Roman" w:cs="Times New Roman"/>
                <w:sz w:val="17"/>
              </w:rPr>
              <w:t>........................................................................................................</w:t>
            </w:r>
          </w:p>
        </w:tc>
      </w:tr>
    </w:tbl>
    <w:p w:rsidR="00B74DF9" w:rsidRPr="001B755D" w14:paraId="771C71DB" w14:textId="77777777">
      <w:pPr>
        <w:spacing w:before="220" w:after="80"/>
        <w:jc w:val="both"/>
        <w:rPr>
          <w:rFonts w:ascii="Times New Roman" w:hAnsi="Times New Roman" w:cs="Times New Roman"/>
        </w:rPr>
      </w:pPr>
      <w:r w:rsidRPr="001B755D">
        <w:rPr>
          <w:rFonts w:ascii="Times New Roman" w:hAnsi="Times New Roman" w:cs="Times New Roman"/>
        </w:rPr>
        <w:t>… / … / 20… - … / … / 20… tarihleri arasında görevli/raporlu olmam nedeniyle yapamadığım ön lisans derslerimi aşağıda belirtilen tarih, gün ve saatlerde telafi etmek istiyorum.</w:t>
      </w:r>
    </w:p>
    <w:tbl>
      <w:tblPr>
        <w:tblW w:w="0" w:type="auto"/>
        <w:tblLayout w:type="fixed"/>
        <w:tblLook w:val="04A0"/>
      </w:tblPr>
      <w:tblGrid>
        <w:gridCol w:w="5018"/>
        <w:gridCol w:w="5018"/>
      </w:tblGrid>
      <w:tr w14:paraId="480D94DE" w14:textId="77777777">
        <w:tblPrEx>
          <w:tblW w:w="0" w:type="auto"/>
          <w:tblLayout w:type="fixed"/>
          <w:tblLook w:val="04A0"/>
        </w:tblPrEx>
        <w:tc>
          <w:tcPr>
            <w:tcW w:w="5018" w:type="dxa"/>
            <w:tcMar>
              <w:top w:w="75" w:type="dxa"/>
              <w:left w:w="90" w:type="dxa"/>
              <w:bottom w:w="75" w:type="dxa"/>
              <w:right w:w="90" w:type="dxa"/>
            </w:tcMar>
            <w:vAlign w:val="center"/>
          </w:tcPr>
          <w:p w:rsidR="001B755D" w14:paraId="6E778543" w14:textId="77777777">
            <w:pPr>
              <w:rPr>
                <w:rFonts w:ascii="Times New Roman" w:hAnsi="Times New Roman" w:cs="Times New Roman"/>
              </w:rPr>
            </w:pPr>
            <w:r w:rsidRPr="001B755D">
              <w:rPr>
                <w:rFonts w:ascii="Times New Roman" w:hAnsi="Times New Roman" w:cs="Times New Roman"/>
              </w:rPr>
              <w:t>Gereğini</w:t>
            </w:r>
            <w:r w:rsidRPr="001B755D">
              <w:rPr>
                <w:rFonts w:ascii="Times New Roman" w:hAnsi="Times New Roman" w:cs="Times New Roman"/>
              </w:rPr>
              <w:t xml:space="preserve"> </w:t>
            </w:r>
            <w:r w:rsidRPr="001B755D">
              <w:rPr>
                <w:rFonts w:ascii="Times New Roman" w:hAnsi="Times New Roman" w:cs="Times New Roman"/>
              </w:rPr>
              <w:t>bilgilerinize</w:t>
            </w:r>
            <w:r w:rsidRPr="001B755D">
              <w:rPr>
                <w:rFonts w:ascii="Times New Roman" w:hAnsi="Times New Roman" w:cs="Times New Roman"/>
              </w:rPr>
              <w:t xml:space="preserve"> </w:t>
            </w:r>
            <w:r w:rsidRPr="001B755D">
              <w:rPr>
                <w:rFonts w:ascii="Times New Roman" w:hAnsi="Times New Roman" w:cs="Times New Roman"/>
              </w:rPr>
              <w:t>arz</w:t>
            </w:r>
            <w:r w:rsidRPr="001B755D">
              <w:rPr>
                <w:rFonts w:ascii="Times New Roman" w:hAnsi="Times New Roman" w:cs="Times New Roman"/>
              </w:rPr>
              <w:t xml:space="preserve"> </w:t>
            </w:r>
            <w:r w:rsidRPr="001B755D">
              <w:rPr>
                <w:rFonts w:ascii="Times New Roman" w:hAnsi="Times New Roman" w:cs="Times New Roman"/>
              </w:rPr>
              <w:t>ederim</w:t>
            </w:r>
            <w:r w:rsidRPr="001B755D">
              <w:rPr>
                <w:rFonts w:ascii="Times New Roman" w:hAnsi="Times New Roman" w:cs="Times New Roman"/>
              </w:rPr>
              <w:t>.</w:t>
            </w:r>
          </w:p>
          <w:p w:rsidR="001B755D" w14:paraId="0F8971E7" w14:textId="77777777">
            <w:pPr>
              <w:rPr>
                <w:rFonts w:ascii="Times New Roman" w:hAnsi="Times New Roman" w:cs="Times New Roman"/>
              </w:rPr>
            </w:pPr>
          </w:p>
          <w:p w:rsidR="00B74DF9" w:rsidRPr="001B755D" w14:paraId="1B743224" w14:textId="7A404AFB">
            <w:pPr>
              <w:rPr>
                <w:rFonts w:ascii="Times New Roman" w:hAnsi="Times New Roman" w:cs="Times New Roman"/>
              </w:rPr>
            </w:pPr>
            <w:r w:rsidRPr="001B755D">
              <w:rPr>
                <w:rFonts w:ascii="Times New Roman" w:hAnsi="Times New Roman" w:cs="Times New Roman"/>
                <w:sz w:val="18"/>
              </w:rPr>
              <w:t>Tarih: … / … / 20…</w:t>
            </w:r>
          </w:p>
        </w:tc>
        <w:tc>
          <w:tcPr>
            <w:tcW w:w="5018" w:type="dxa"/>
            <w:tcMar>
              <w:top w:w="75" w:type="dxa"/>
              <w:left w:w="90" w:type="dxa"/>
              <w:bottom w:w="75" w:type="dxa"/>
              <w:right w:w="90" w:type="dxa"/>
            </w:tcMar>
            <w:vAlign w:val="center"/>
          </w:tcPr>
          <w:p w:rsidR="00B74DF9" w:rsidRPr="001B755D" w14:paraId="53B45429" w14:textId="77777777">
            <w:pPr>
              <w:rPr>
                <w:rFonts w:ascii="Times New Roman" w:hAnsi="Times New Roman" w:cs="Times New Roman"/>
              </w:rPr>
            </w:pPr>
            <w:r w:rsidRPr="001B755D">
              <w:rPr>
                <w:rFonts w:ascii="Times New Roman" w:hAnsi="Times New Roman" w:cs="Times New Roman"/>
                <w:sz w:val="17"/>
              </w:rPr>
              <w:t>İmza: ………………………………</w:t>
            </w:r>
            <w:r w:rsidRPr="001B755D">
              <w:rPr>
                <w:rFonts w:ascii="Times New Roman" w:hAnsi="Times New Roman" w:cs="Times New Roman"/>
                <w:sz w:val="17"/>
              </w:rPr>
              <w:br/>
              <w:t>Unvanı Adı SOYADI: ………………………………</w:t>
            </w:r>
            <w:r w:rsidRPr="001B755D">
              <w:rPr>
                <w:rFonts w:ascii="Times New Roman" w:hAnsi="Times New Roman" w:cs="Times New Roman"/>
                <w:sz w:val="17"/>
              </w:rPr>
              <w:br/>
              <w:t>(Öğretim Elemanı)</w:t>
            </w:r>
          </w:p>
        </w:tc>
      </w:tr>
    </w:tbl>
    <w:p w:rsidR="00B74DF9" w:rsidRPr="001B755D" w14:paraId="4C14D8AC" w14:textId="77777777">
      <w:pPr>
        <w:pStyle w:val="Heading1"/>
        <w:spacing w:before="200" w:after="100"/>
        <w:rPr>
          <w:rFonts w:ascii="Times New Roman" w:hAnsi="Times New Roman" w:cs="Times New Roman"/>
        </w:rPr>
      </w:pPr>
      <w:r w:rsidRPr="001B755D">
        <w:rPr>
          <w:rFonts w:ascii="Times New Roman" w:hAnsi="Times New Roman" w:cs="Times New Roman"/>
        </w:rPr>
        <w:t>Telafi Edilecek Dersler</w:t>
      </w:r>
    </w:p>
    <w:tbl>
      <w:tblPr>
        <w:tblW w:w="0" w:type="auto"/>
        <w:jc w:val="center"/>
        <w:tblLayout w:type="fixed"/>
        <w:tblLook w:val="04A0"/>
      </w:tblPr>
      <w:tblGrid>
        <w:gridCol w:w="964"/>
        <w:gridCol w:w="2438"/>
        <w:gridCol w:w="454"/>
        <w:gridCol w:w="454"/>
        <w:gridCol w:w="454"/>
        <w:gridCol w:w="2636"/>
        <w:gridCol w:w="2636"/>
      </w:tblGrid>
      <w:tr w14:paraId="591F3D18" w14:textId="77777777">
        <w:tblPrEx>
          <w:tblW w:w="0" w:type="auto"/>
          <w:tblLayout w:type="fixed"/>
          <w:tblLook w:val="04A0"/>
        </w:tblPrEx>
        <w:tc>
          <w:tcPr>
            <w:tcW w:w="964" w:type="dxa"/>
            <w:tcBorders>
              <w:top w:val="single" w:sz="4" w:space="0" w:color="B7BDC3"/>
              <w:left w:val="single" w:sz="4" w:space="0" w:color="B7BDC3"/>
              <w:bottom w:val="single" w:sz="4" w:space="0" w:color="B7BDC3"/>
              <w:right w:val="single" w:sz="4" w:space="0" w:color="B7BDC3"/>
            </w:tcBorders>
            <w:shd w:val="clear" w:color="auto" w:fill="E7EDF2"/>
            <w:tcMar>
              <w:top w:w="75" w:type="dxa"/>
              <w:left w:w="90" w:type="dxa"/>
              <w:bottom w:w="75" w:type="dxa"/>
              <w:right w:w="90" w:type="dxa"/>
            </w:tcMar>
            <w:vAlign w:val="center"/>
          </w:tcPr>
          <w:p w:rsidR="00B74DF9" w:rsidRPr="001B755D" w14:paraId="56C91806" w14:textId="77777777">
            <w:pPr>
              <w:jc w:val="center"/>
              <w:rPr>
                <w:rFonts w:ascii="Times New Roman" w:hAnsi="Times New Roman" w:cs="Times New Roman"/>
              </w:rPr>
            </w:pPr>
            <w:r w:rsidRPr="001B755D">
              <w:rPr>
                <w:rFonts w:ascii="Times New Roman" w:hAnsi="Times New Roman" w:cs="Times New Roman"/>
                <w:b/>
                <w:sz w:val="16"/>
              </w:rPr>
              <w:t>Dersin</w:t>
            </w:r>
            <w:r w:rsidRPr="001B755D">
              <w:rPr>
                <w:rFonts w:ascii="Times New Roman" w:hAnsi="Times New Roman" w:cs="Times New Roman"/>
                <w:b/>
                <w:sz w:val="16"/>
              </w:rPr>
              <w:br/>
              <w:t>Kodu</w:t>
            </w:r>
          </w:p>
        </w:tc>
        <w:tc>
          <w:tcPr>
            <w:tcW w:w="2438" w:type="dxa"/>
            <w:tcBorders>
              <w:top w:val="single" w:sz="4" w:space="0" w:color="B7BDC3"/>
              <w:left w:val="single" w:sz="4" w:space="0" w:color="B7BDC3"/>
              <w:bottom w:val="single" w:sz="4" w:space="0" w:color="B7BDC3"/>
              <w:right w:val="single" w:sz="4" w:space="0" w:color="B7BDC3"/>
            </w:tcBorders>
            <w:shd w:val="clear" w:color="auto" w:fill="E7EDF2"/>
            <w:tcMar>
              <w:top w:w="75" w:type="dxa"/>
              <w:left w:w="90" w:type="dxa"/>
              <w:bottom w:w="75" w:type="dxa"/>
              <w:right w:w="90" w:type="dxa"/>
            </w:tcMar>
            <w:vAlign w:val="center"/>
          </w:tcPr>
          <w:p w:rsidR="00B74DF9" w:rsidRPr="001B755D" w14:paraId="7BAB7A57" w14:textId="77777777">
            <w:pPr>
              <w:jc w:val="center"/>
              <w:rPr>
                <w:rFonts w:ascii="Times New Roman" w:hAnsi="Times New Roman" w:cs="Times New Roman"/>
              </w:rPr>
            </w:pPr>
            <w:r w:rsidRPr="001B755D">
              <w:rPr>
                <w:rFonts w:ascii="Times New Roman" w:hAnsi="Times New Roman" w:cs="Times New Roman"/>
                <w:b/>
                <w:sz w:val="16"/>
              </w:rPr>
              <w:t>Dersin Adı</w:t>
            </w:r>
          </w:p>
        </w:tc>
        <w:tc>
          <w:tcPr>
            <w:tcW w:w="454" w:type="dxa"/>
            <w:tcBorders>
              <w:top w:val="single" w:sz="4" w:space="0" w:color="B7BDC3"/>
              <w:left w:val="single" w:sz="4" w:space="0" w:color="B7BDC3"/>
              <w:bottom w:val="single" w:sz="4" w:space="0" w:color="B7BDC3"/>
              <w:right w:val="single" w:sz="4" w:space="0" w:color="B7BDC3"/>
            </w:tcBorders>
            <w:shd w:val="clear" w:color="auto" w:fill="E7EDF2"/>
            <w:tcMar>
              <w:top w:w="75" w:type="dxa"/>
              <w:left w:w="90" w:type="dxa"/>
              <w:bottom w:w="75" w:type="dxa"/>
              <w:right w:w="90" w:type="dxa"/>
            </w:tcMar>
            <w:vAlign w:val="center"/>
          </w:tcPr>
          <w:p w:rsidR="00B74DF9" w:rsidRPr="001B755D" w14:paraId="7C81457A" w14:textId="77777777">
            <w:pPr>
              <w:jc w:val="center"/>
              <w:rPr>
                <w:rFonts w:ascii="Times New Roman" w:hAnsi="Times New Roman" w:cs="Times New Roman"/>
              </w:rPr>
            </w:pPr>
            <w:r w:rsidRPr="001B755D">
              <w:rPr>
                <w:rFonts w:ascii="Times New Roman" w:hAnsi="Times New Roman" w:cs="Times New Roman"/>
                <w:b/>
                <w:sz w:val="16"/>
              </w:rPr>
              <w:t>T</w:t>
            </w:r>
          </w:p>
        </w:tc>
        <w:tc>
          <w:tcPr>
            <w:tcW w:w="454" w:type="dxa"/>
            <w:tcBorders>
              <w:top w:val="single" w:sz="4" w:space="0" w:color="B7BDC3"/>
              <w:left w:val="single" w:sz="4" w:space="0" w:color="B7BDC3"/>
              <w:bottom w:val="single" w:sz="4" w:space="0" w:color="B7BDC3"/>
              <w:right w:val="single" w:sz="4" w:space="0" w:color="B7BDC3"/>
            </w:tcBorders>
            <w:shd w:val="clear" w:color="auto" w:fill="E7EDF2"/>
            <w:tcMar>
              <w:top w:w="75" w:type="dxa"/>
              <w:left w:w="90" w:type="dxa"/>
              <w:bottom w:w="75" w:type="dxa"/>
              <w:right w:w="90" w:type="dxa"/>
            </w:tcMar>
            <w:vAlign w:val="center"/>
          </w:tcPr>
          <w:p w:rsidR="00B74DF9" w:rsidRPr="001B755D" w14:paraId="06534C7D" w14:textId="77777777">
            <w:pPr>
              <w:jc w:val="center"/>
              <w:rPr>
                <w:rFonts w:ascii="Times New Roman" w:hAnsi="Times New Roman" w:cs="Times New Roman"/>
              </w:rPr>
            </w:pPr>
            <w:r w:rsidRPr="001B755D">
              <w:rPr>
                <w:rFonts w:ascii="Times New Roman" w:hAnsi="Times New Roman" w:cs="Times New Roman"/>
                <w:b/>
                <w:sz w:val="16"/>
              </w:rPr>
              <w:t>U</w:t>
            </w:r>
          </w:p>
        </w:tc>
        <w:tc>
          <w:tcPr>
            <w:tcW w:w="454" w:type="dxa"/>
            <w:tcBorders>
              <w:top w:val="single" w:sz="4" w:space="0" w:color="B7BDC3"/>
              <w:left w:val="single" w:sz="4" w:space="0" w:color="B7BDC3"/>
              <w:bottom w:val="single" w:sz="4" w:space="0" w:color="B7BDC3"/>
              <w:right w:val="single" w:sz="4" w:space="0" w:color="B7BDC3"/>
            </w:tcBorders>
            <w:shd w:val="clear" w:color="auto" w:fill="E7EDF2"/>
            <w:tcMar>
              <w:top w:w="75" w:type="dxa"/>
              <w:left w:w="90" w:type="dxa"/>
              <w:bottom w:w="75" w:type="dxa"/>
              <w:right w:w="90" w:type="dxa"/>
            </w:tcMar>
            <w:vAlign w:val="center"/>
          </w:tcPr>
          <w:p w:rsidR="00B74DF9" w:rsidRPr="001B755D" w14:paraId="44AA11EE" w14:textId="77777777">
            <w:pPr>
              <w:jc w:val="center"/>
              <w:rPr>
                <w:rFonts w:ascii="Times New Roman" w:hAnsi="Times New Roman" w:cs="Times New Roman"/>
              </w:rPr>
            </w:pPr>
            <w:r w:rsidRPr="001B755D">
              <w:rPr>
                <w:rFonts w:ascii="Times New Roman" w:hAnsi="Times New Roman" w:cs="Times New Roman"/>
                <w:b/>
                <w:sz w:val="16"/>
              </w:rPr>
              <w:t>L</w:t>
            </w:r>
          </w:p>
        </w:tc>
        <w:tc>
          <w:tcPr>
            <w:tcW w:w="2636" w:type="dxa"/>
            <w:tcBorders>
              <w:top w:val="single" w:sz="4" w:space="0" w:color="B7BDC3"/>
              <w:left w:val="single" w:sz="4" w:space="0" w:color="B7BDC3"/>
              <w:bottom w:val="single" w:sz="4" w:space="0" w:color="B7BDC3"/>
              <w:right w:val="single" w:sz="4" w:space="0" w:color="B7BDC3"/>
            </w:tcBorders>
            <w:shd w:val="clear" w:color="auto" w:fill="E7EDF2"/>
            <w:tcMar>
              <w:top w:w="75" w:type="dxa"/>
              <w:left w:w="90" w:type="dxa"/>
              <w:bottom w:w="75" w:type="dxa"/>
              <w:right w:w="90" w:type="dxa"/>
            </w:tcMar>
            <w:vAlign w:val="center"/>
          </w:tcPr>
          <w:p w:rsidR="00B74DF9" w:rsidRPr="001B755D" w14:paraId="4B7EABFB" w14:textId="07AA957F">
            <w:pPr>
              <w:jc w:val="center"/>
              <w:rPr>
                <w:rFonts w:ascii="Times New Roman" w:hAnsi="Times New Roman" w:cs="Times New Roman"/>
              </w:rPr>
            </w:pPr>
            <w:r w:rsidRPr="001B755D">
              <w:rPr>
                <w:rFonts w:ascii="Times New Roman" w:hAnsi="Times New Roman" w:cs="Times New Roman"/>
                <w:b/>
                <w:sz w:val="16"/>
              </w:rPr>
              <w:t>Dersin</w:t>
            </w:r>
            <w:r w:rsidRPr="001B755D">
              <w:rPr>
                <w:rFonts w:ascii="Times New Roman" w:hAnsi="Times New Roman" w:cs="Times New Roman"/>
                <w:b/>
                <w:sz w:val="16"/>
              </w:rPr>
              <w:t xml:space="preserve"> </w:t>
            </w:r>
            <w:r w:rsidRPr="001B755D" w:rsidR="00000000">
              <w:rPr>
                <w:rFonts w:ascii="Times New Roman" w:hAnsi="Times New Roman" w:cs="Times New Roman"/>
                <w:b/>
                <w:sz w:val="16"/>
              </w:rPr>
              <w:t>Programdaki</w:t>
            </w:r>
            <w:r w:rsidRPr="001B755D" w:rsidR="00000000">
              <w:rPr>
                <w:rFonts w:ascii="Times New Roman" w:hAnsi="Times New Roman" w:cs="Times New Roman"/>
                <w:b/>
                <w:sz w:val="16"/>
              </w:rPr>
              <w:br/>
              <w:t>Tarih / Gün / Saat</w:t>
            </w:r>
            <w:r w:rsidRPr="001B755D">
              <w:rPr>
                <w:rFonts w:ascii="Times New Roman" w:hAnsi="Times New Roman" w:cs="Times New Roman"/>
                <w:b/>
                <w:sz w:val="16"/>
              </w:rPr>
              <w:t>i</w:t>
            </w:r>
          </w:p>
        </w:tc>
        <w:tc>
          <w:tcPr>
            <w:tcW w:w="2636" w:type="dxa"/>
            <w:tcBorders>
              <w:top w:val="single" w:sz="4" w:space="0" w:color="B7BDC3"/>
              <w:left w:val="single" w:sz="4" w:space="0" w:color="B7BDC3"/>
              <w:bottom w:val="single" w:sz="4" w:space="0" w:color="B7BDC3"/>
              <w:right w:val="single" w:sz="4" w:space="0" w:color="B7BDC3"/>
            </w:tcBorders>
            <w:shd w:val="clear" w:color="auto" w:fill="E7EDF2"/>
            <w:tcMar>
              <w:top w:w="75" w:type="dxa"/>
              <w:left w:w="90" w:type="dxa"/>
              <w:bottom w:w="75" w:type="dxa"/>
              <w:right w:w="90" w:type="dxa"/>
            </w:tcMar>
            <w:vAlign w:val="center"/>
          </w:tcPr>
          <w:p w:rsidR="00B74DF9" w:rsidRPr="001B755D" w14:paraId="559891D3" w14:textId="0B3687AD">
            <w:pPr>
              <w:jc w:val="center"/>
              <w:rPr>
                <w:rFonts w:ascii="Times New Roman" w:hAnsi="Times New Roman" w:cs="Times New Roman"/>
              </w:rPr>
            </w:pPr>
            <w:r w:rsidRPr="001B755D">
              <w:rPr>
                <w:rFonts w:ascii="Times New Roman" w:hAnsi="Times New Roman" w:cs="Times New Roman"/>
                <w:b/>
                <w:sz w:val="16"/>
              </w:rPr>
              <w:t xml:space="preserve"> </w:t>
            </w:r>
            <w:r w:rsidRPr="001B755D">
              <w:rPr>
                <w:rFonts w:ascii="Times New Roman" w:hAnsi="Times New Roman" w:cs="Times New Roman"/>
                <w:b/>
                <w:sz w:val="16"/>
              </w:rPr>
              <w:t>Dersin</w:t>
            </w:r>
            <w:r w:rsidRPr="001B755D">
              <w:rPr>
                <w:rFonts w:ascii="Times New Roman" w:hAnsi="Times New Roman" w:cs="Times New Roman"/>
                <w:b/>
                <w:sz w:val="16"/>
              </w:rPr>
              <w:t xml:space="preserve"> </w:t>
            </w:r>
            <w:r w:rsidRPr="001B755D" w:rsidR="00000000">
              <w:rPr>
                <w:rFonts w:ascii="Times New Roman" w:hAnsi="Times New Roman" w:cs="Times New Roman"/>
                <w:b/>
                <w:sz w:val="16"/>
              </w:rPr>
              <w:t>Telafi</w:t>
            </w:r>
            <w:r w:rsidRPr="001B755D" w:rsidR="00000000">
              <w:rPr>
                <w:rFonts w:ascii="Times New Roman" w:hAnsi="Times New Roman" w:cs="Times New Roman"/>
                <w:b/>
                <w:sz w:val="16"/>
              </w:rPr>
              <w:br/>
              <w:t>Tarih / Gün / Saat</w:t>
            </w:r>
            <w:r w:rsidRPr="001B755D">
              <w:rPr>
                <w:rFonts w:ascii="Times New Roman" w:hAnsi="Times New Roman" w:cs="Times New Roman"/>
                <w:b/>
                <w:sz w:val="16"/>
              </w:rPr>
              <w:t>i</w:t>
            </w:r>
          </w:p>
        </w:tc>
      </w:tr>
      <w:tr w14:paraId="0E01425B" w14:textId="77777777">
        <w:tblPrEx>
          <w:tblW w:w="0" w:type="auto"/>
          <w:tblLayout w:type="fixed"/>
          <w:tblLook w:val="04A0"/>
        </w:tblPrEx>
        <w:tc>
          <w:tcPr>
            <w:tcW w:w="96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1E779BB6" w14:textId="77777777">
            <w:pPr>
              <w:rPr>
                <w:rFonts w:ascii="Times New Roman" w:hAnsi="Times New Roman" w:cs="Times New Roman"/>
              </w:rPr>
            </w:pPr>
          </w:p>
        </w:tc>
        <w:tc>
          <w:tcPr>
            <w:tcW w:w="2438"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6D9D4E5C" w14:textId="77777777">
            <w:pP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46D416EF" w14:textId="77777777">
            <w:pPr>
              <w:jc w:val="cente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51809DDF" w14:textId="77777777">
            <w:pPr>
              <w:jc w:val="cente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4E35660D" w14:textId="77777777">
            <w:pPr>
              <w:jc w:val="center"/>
              <w:rPr>
                <w:rFonts w:ascii="Times New Roman" w:hAnsi="Times New Roman" w:cs="Times New Roman"/>
              </w:rPr>
            </w:pPr>
          </w:p>
        </w:tc>
        <w:tc>
          <w:tcPr>
            <w:tcW w:w="2636"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7198EC18" w14:textId="77777777">
            <w:pPr>
              <w:rPr>
                <w:rFonts w:ascii="Times New Roman" w:hAnsi="Times New Roman" w:cs="Times New Roman"/>
              </w:rPr>
            </w:pPr>
            <w:r w:rsidRPr="001B755D">
              <w:rPr>
                <w:rFonts w:ascii="Times New Roman" w:hAnsi="Times New Roman" w:cs="Times New Roman"/>
                <w:sz w:val="16"/>
              </w:rPr>
              <w:t>Tarih: ………………</w:t>
            </w:r>
            <w:r w:rsidRPr="001B755D">
              <w:rPr>
                <w:rFonts w:ascii="Times New Roman" w:hAnsi="Times New Roman" w:cs="Times New Roman"/>
                <w:sz w:val="16"/>
              </w:rPr>
              <w:br/>
              <w:t>Gün: …………………</w:t>
            </w:r>
            <w:r w:rsidRPr="001B755D">
              <w:rPr>
                <w:rFonts w:ascii="Times New Roman" w:hAnsi="Times New Roman" w:cs="Times New Roman"/>
                <w:sz w:val="16"/>
              </w:rPr>
              <w:br/>
              <w:t>Saat: ………………</w:t>
            </w:r>
          </w:p>
        </w:tc>
        <w:tc>
          <w:tcPr>
            <w:tcW w:w="2636"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12A639BA" w14:textId="77777777">
            <w:pPr>
              <w:rPr>
                <w:rFonts w:ascii="Times New Roman" w:hAnsi="Times New Roman" w:cs="Times New Roman"/>
              </w:rPr>
            </w:pPr>
            <w:r w:rsidRPr="001B755D">
              <w:rPr>
                <w:rFonts w:ascii="Times New Roman" w:hAnsi="Times New Roman" w:cs="Times New Roman"/>
                <w:sz w:val="16"/>
              </w:rPr>
              <w:t>Tarih: ………………</w:t>
            </w:r>
            <w:r w:rsidRPr="001B755D">
              <w:rPr>
                <w:rFonts w:ascii="Times New Roman" w:hAnsi="Times New Roman" w:cs="Times New Roman"/>
                <w:sz w:val="16"/>
              </w:rPr>
              <w:br/>
              <w:t>Gün: …………………</w:t>
            </w:r>
            <w:r w:rsidRPr="001B755D">
              <w:rPr>
                <w:rFonts w:ascii="Times New Roman" w:hAnsi="Times New Roman" w:cs="Times New Roman"/>
                <w:sz w:val="16"/>
              </w:rPr>
              <w:br/>
              <w:t>Saat: ………………</w:t>
            </w:r>
          </w:p>
        </w:tc>
      </w:tr>
      <w:tr w14:paraId="163AFB57" w14:textId="77777777">
        <w:tblPrEx>
          <w:tblW w:w="0" w:type="auto"/>
          <w:tblLayout w:type="fixed"/>
          <w:tblLook w:val="04A0"/>
        </w:tblPrEx>
        <w:tc>
          <w:tcPr>
            <w:tcW w:w="96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615B4FDC" w14:textId="77777777">
            <w:pPr>
              <w:rPr>
                <w:rFonts w:ascii="Times New Roman" w:hAnsi="Times New Roman" w:cs="Times New Roman"/>
              </w:rPr>
            </w:pPr>
          </w:p>
        </w:tc>
        <w:tc>
          <w:tcPr>
            <w:tcW w:w="2438"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07138A9C" w14:textId="77777777">
            <w:pP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13B9346D" w14:textId="77777777">
            <w:pPr>
              <w:jc w:val="cente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431D0473" w14:textId="77777777">
            <w:pPr>
              <w:jc w:val="cente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4B409B39" w14:textId="77777777">
            <w:pPr>
              <w:jc w:val="center"/>
              <w:rPr>
                <w:rFonts w:ascii="Times New Roman" w:hAnsi="Times New Roman" w:cs="Times New Roman"/>
              </w:rPr>
            </w:pPr>
          </w:p>
        </w:tc>
        <w:tc>
          <w:tcPr>
            <w:tcW w:w="2636"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088FC5AF" w14:textId="77777777">
            <w:pPr>
              <w:rPr>
                <w:rFonts w:ascii="Times New Roman" w:hAnsi="Times New Roman" w:cs="Times New Roman"/>
              </w:rPr>
            </w:pPr>
            <w:r w:rsidRPr="001B755D">
              <w:rPr>
                <w:rFonts w:ascii="Times New Roman" w:hAnsi="Times New Roman" w:cs="Times New Roman"/>
                <w:sz w:val="16"/>
              </w:rPr>
              <w:t>Tarih: ………………</w:t>
            </w:r>
            <w:r w:rsidRPr="001B755D">
              <w:rPr>
                <w:rFonts w:ascii="Times New Roman" w:hAnsi="Times New Roman" w:cs="Times New Roman"/>
                <w:sz w:val="16"/>
              </w:rPr>
              <w:br/>
              <w:t>Gün: …………………</w:t>
            </w:r>
            <w:r w:rsidRPr="001B755D">
              <w:rPr>
                <w:rFonts w:ascii="Times New Roman" w:hAnsi="Times New Roman" w:cs="Times New Roman"/>
                <w:sz w:val="16"/>
              </w:rPr>
              <w:br/>
              <w:t>Saat: ………………</w:t>
            </w:r>
          </w:p>
        </w:tc>
        <w:tc>
          <w:tcPr>
            <w:tcW w:w="2636"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0E9F743D" w14:textId="77777777">
            <w:pPr>
              <w:rPr>
                <w:rFonts w:ascii="Times New Roman" w:hAnsi="Times New Roman" w:cs="Times New Roman"/>
              </w:rPr>
            </w:pPr>
            <w:r w:rsidRPr="001B755D">
              <w:rPr>
                <w:rFonts w:ascii="Times New Roman" w:hAnsi="Times New Roman" w:cs="Times New Roman"/>
                <w:sz w:val="16"/>
              </w:rPr>
              <w:t>Tarih: ………………</w:t>
            </w:r>
            <w:r w:rsidRPr="001B755D">
              <w:rPr>
                <w:rFonts w:ascii="Times New Roman" w:hAnsi="Times New Roman" w:cs="Times New Roman"/>
                <w:sz w:val="16"/>
              </w:rPr>
              <w:br/>
              <w:t>Gün: …………………</w:t>
            </w:r>
            <w:r w:rsidRPr="001B755D">
              <w:rPr>
                <w:rFonts w:ascii="Times New Roman" w:hAnsi="Times New Roman" w:cs="Times New Roman"/>
                <w:sz w:val="16"/>
              </w:rPr>
              <w:br/>
              <w:t>Saat: ………………</w:t>
            </w:r>
          </w:p>
        </w:tc>
      </w:tr>
      <w:tr w14:paraId="3B5B837D" w14:textId="77777777">
        <w:tblPrEx>
          <w:tblW w:w="0" w:type="auto"/>
          <w:tblLayout w:type="fixed"/>
          <w:tblLook w:val="04A0"/>
        </w:tblPrEx>
        <w:tc>
          <w:tcPr>
            <w:tcW w:w="96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6FC8EE67" w14:textId="77777777">
            <w:pPr>
              <w:rPr>
                <w:rFonts w:ascii="Times New Roman" w:hAnsi="Times New Roman" w:cs="Times New Roman"/>
              </w:rPr>
            </w:pPr>
          </w:p>
        </w:tc>
        <w:tc>
          <w:tcPr>
            <w:tcW w:w="2438"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0A6ECF4C" w14:textId="77777777">
            <w:pP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58133D0C" w14:textId="77777777">
            <w:pPr>
              <w:jc w:val="cente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7519D62A" w14:textId="77777777">
            <w:pPr>
              <w:jc w:val="center"/>
              <w:rPr>
                <w:rFonts w:ascii="Times New Roman" w:hAnsi="Times New Roman" w:cs="Times New Roman"/>
              </w:rPr>
            </w:pPr>
          </w:p>
        </w:tc>
        <w:tc>
          <w:tcPr>
            <w:tcW w:w="454"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7B39FD2B" w14:textId="77777777">
            <w:pPr>
              <w:jc w:val="center"/>
              <w:rPr>
                <w:rFonts w:ascii="Times New Roman" w:hAnsi="Times New Roman" w:cs="Times New Roman"/>
              </w:rPr>
            </w:pPr>
          </w:p>
        </w:tc>
        <w:tc>
          <w:tcPr>
            <w:tcW w:w="2636"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7AB25AD2" w14:textId="77777777">
            <w:pPr>
              <w:rPr>
                <w:rFonts w:ascii="Times New Roman" w:hAnsi="Times New Roman" w:cs="Times New Roman"/>
              </w:rPr>
            </w:pPr>
            <w:r w:rsidRPr="001B755D">
              <w:rPr>
                <w:rFonts w:ascii="Times New Roman" w:hAnsi="Times New Roman" w:cs="Times New Roman"/>
                <w:sz w:val="16"/>
              </w:rPr>
              <w:t>Tarih: ………………</w:t>
            </w:r>
            <w:r w:rsidRPr="001B755D">
              <w:rPr>
                <w:rFonts w:ascii="Times New Roman" w:hAnsi="Times New Roman" w:cs="Times New Roman"/>
                <w:sz w:val="16"/>
              </w:rPr>
              <w:br/>
              <w:t>Gün: …………………</w:t>
            </w:r>
            <w:r w:rsidRPr="001B755D">
              <w:rPr>
                <w:rFonts w:ascii="Times New Roman" w:hAnsi="Times New Roman" w:cs="Times New Roman"/>
                <w:sz w:val="16"/>
              </w:rPr>
              <w:br/>
              <w:t>Saat: ………………</w:t>
            </w:r>
          </w:p>
        </w:tc>
        <w:tc>
          <w:tcPr>
            <w:tcW w:w="2636" w:type="dxa"/>
            <w:tcBorders>
              <w:left w:val="single" w:sz="4" w:space="0" w:color="B7BDC3"/>
              <w:bottom w:val="single" w:sz="4" w:space="0" w:color="B7BDC3"/>
              <w:right w:val="single" w:sz="4" w:space="0" w:color="B7BDC3"/>
            </w:tcBorders>
            <w:tcMar>
              <w:top w:w="70" w:type="dxa"/>
              <w:left w:w="65" w:type="dxa"/>
              <w:bottom w:w="70" w:type="dxa"/>
              <w:right w:w="65" w:type="dxa"/>
            </w:tcMar>
            <w:vAlign w:val="center"/>
          </w:tcPr>
          <w:p w:rsidR="00B74DF9" w:rsidRPr="001B755D" w14:paraId="27532267" w14:textId="77777777">
            <w:pPr>
              <w:rPr>
                <w:rFonts w:ascii="Times New Roman" w:hAnsi="Times New Roman" w:cs="Times New Roman"/>
              </w:rPr>
            </w:pPr>
            <w:r w:rsidRPr="001B755D">
              <w:rPr>
                <w:rFonts w:ascii="Times New Roman" w:hAnsi="Times New Roman" w:cs="Times New Roman"/>
                <w:sz w:val="16"/>
              </w:rPr>
              <w:t>Tarih: ………………</w:t>
            </w:r>
            <w:r w:rsidRPr="001B755D">
              <w:rPr>
                <w:rFonts w:ascii="Times New Roman" w:hAnsi="Times New Roman" w:cs="Times New Roman"/>
                <w:sz w:val="16"/>
              </w:rPr>
              <w:br/>
              <w:t>Gün: …………………</w:t>
            </w:r>
            <w:r w:rsidRPr="001B755D">
              <w:rPr>
                <w:rFonts w:ascii="Times New Roman" w:hAnsi="Times New Roman" w:cs="Times New Roman"/>
                <w:sz w:val="16"/>
              </w:rPr>
              <w:br/>
              <w:t>Saat: ………………</w:t>
            </w:r>
          </w:p>
        </w:tc>
      </w:tr>
    </w:tbl>
    <w:p w:rsidR="00B74DF9" w:rsidRPr="001B755D" w14:paraId="40D0237C" w14:textId="77777777">
      <w:pPr>
        <w:spacing w:before="180" w:after="160"/>
        <w:jc w:val="right"/>
        <w:rPr>
          <w:rFonts w:ascii="Times New Roman" w:hAnsi="Times New Roman" w:cs="Times New Roman"/>
        </w:rPr>
      </w:pPr>
      <w:r w:rsidRPr="001B755D">
        <w:rPr>
          <w:rFonts w:ascii="Times New Roman" w:hAnsi="Times New Roman" w:cs="Times New Roman"/>
          <w:sz w:val="17"/>
        </w:rPr>
        <w:t>Uygundur / Bölüm Başkanı</w:t>
      </w:r>
      <w:r w:rsidRPr="001B755D">
        <w:rPr>
          <w:rFonts w:ascii="Times New Roman" w:hAnsi="Times New Roman" w:cs="Times New Roman"/>
          <w:sz w:val="17"/>
        </w:rPr>
        <w:br/>
        <w:t>Unvanı Adı SOYADI: ………………………………     İmza: ………………</w:t>
      </w:r>
    </w:p>
    <w:tbl>
      <w:tblPr>
        <w:tblW w:w="0" w:type="auto"/>
        <w:jc w:val="center"/>
        <w:tblLayout w:type="fixed"/>
        <w:tblLook w:val="04A0"/>
      </w:tblPr>
      <w:tblGrid>
        <w:gridCol w:w="1191"/>
        <w:gridCol w:w="8844"/>
      </w:tblGrid>
      <w:tr w14:paraId="478425EB" w14:textId="77777777">
        <w:tblPrEx>
          <w:tblW w:w="0" w:type="auto"/>
          <w:tblLayout w:type="fixed"/>
          <w:tblLook w:val="04A0"/>
        </w:tblPrEx>
        <w:tc>
          <w:tcPr>
            <w:tcW w:w="10035" w:type="dxa"/>
            <w:gridSpan w:val="2"/>
            <w:tcBorders>
              <w:top w:val="single" w:sz="5" w:space="0" w:color="898F95"/>
              <w:left w:val="single" w:sz="5" w:space="0" w:color="898F95"/>
              <w:bottom w:val="single" w:sz="5" w:space="0" w:color="898F95"/>
              <w:right w:val="single" w:sz="5" w:space="0" w:color="898F95"/>
            </w:tcBorders>
            <w:vAlign w:val="center"/>
          </w:tcPr>
          <w:p w:rsidR="00B74DF9" w:rsidRPr="001B755D" w14:paraId="0BEE140E" w14:textId="77777777">
            <w:pPr>
              <w:spacing w:before="40" w:after="40"/>
              <w:rPr>
                <w:rFonts w:ascii="Times New Roman" w:hAnsi="Times New Roman" w:cs="Times New Roman"/>
              </w:rPr>
            </w:pPr>
            <w:r w:rsidRPr="001B755D">
              <w:rPr>
                <w:rFonts w:ascii="Times New Roman" w:hAnsi="Times New Roman" w:cs="Times New Roman"/>
                <w:b/>
                <w:color w:val="1F4B73"/>
                <w:sz w:val="18"/>
              </w:rPr>
              <w:t>EK(LER)</w:t>
            </w:r>
          </w:p>
        </w:tc>
      </w:tr>
      <w:tr w14:paraId="7B575833"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B74DF9" w:rsidRPr="001B755D" w14:paraId="33AF7121" w14:textId="77777777">
            <w:pPr>
              <w:spacing w:before="40" w:after="40"/>
              <w:rPr>
                <w:rFonts w:ascii="Times New Roman" w:hAnsi="Times New Roman" w:cs="Times New Roman"/>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B74DF9" w:rsidRPr="001B755D" w14:paraId="6C93C0C6" w14:textId="77777777">
            <w:pPr>
              <w:spacing w:before="40" w:after="40"/>
              <w:rPr>
                <w:rFonts w:ascii="Times New Roman" w:hAnsi="Times New Roman" w:cs="Times New Roman"/>
              </w:rPr>
            </w:pPr>
            <w:r w:rsidRPr="001B755D">
              <w:rPr>
                <w:rFonts w:ascii="Times New Roman" w:hAnsi="Times New Roman" w:cs="Times New Roman"/>
                <w:sz w:val="17"/>
              </w:rPr>
              <w:t>Mazeret Durumunu Gösterir Belge (Görevlendirme Yazısı, Sağlık Raporu vb.)</w:t>
            </w:r>
          </w:p>
        </w:tc>
      </w:tr>
      <w:tr w14:paraId="7A846698" w14:textId="77777777">
        <w:tblPrEx>
          <w:tblW w:w="0" w:type="auto"/>
          <w:tblLayout w:type="fixed"/>
          <w:tblLook w:val="04A0"/>
        </w:tblPrEx>
        <w:tc>
          <w:tcPr>
            <w:tcW w:w="10035" w:type="dxa"/>
            <w:gridSpan w:val="2"/>
            <w:tcBorders>
              <w:top w:val="single" w:sz="5" w:space="0" w:color="898F95"/>
              <w:left w:val="single" w:sz="5" w:space="0" w:color="898F95"/>
              <w:bottom w:val="single" w:sz="5" w:space="0" w:color="898F95"/>
              <w:right w:val="single" w:sz="5" w:space="0" w:color="898F95"/>
            </w:tcBorders>
            <w:vAlign w:val="center"/>
          </w:tcPr>
          <w:p w:rsidR="00B74DF9" w:rsidRPr="001B755D" w14:paraId="60DF887F" w14:textId="77777777">
            <w:pPr>
              <w:spacing w:before="40" w:after="40"/>
              <w:rPr>
                <w:rFonts w:ascii="Times New Roman" w:hAnsi="Times New Roman" w:cs="Times New Roman"/>
              </w:rPr>
            </w:pPr>
            <w:r w:rsidRPr="001B755D">
              <w:rPr>
                <w:rFonts w:ascii="Times New Roman" w:hAnsi="Times New Roman" w:cs="Times New Roman"/>
                <w:b/>
                <w:color w:val="1F4B73"/>
                <w:sz w:val="18"/>
              </w:rPr>
              <w:t>NOT(LAR)</w:t>
            </w:r>
          </w:p>
        </w:tc>
      </w:tr>
      <w:tr w14:paraId="317BAAF1"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B74DF9" w:rsidRPr="001B755D" w14:paraId="4460DC17" w14:textId="77777777">
            <w:pPr>
              <w:spacing w:before="40" w:after="40"/>
              <w:rPr>
                <w:rFonts w:ascii="Times New Roman" w:hAnsi="Times New Roman" w:cs="Times New Roman"/>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B74DF9" w:rsidRPr="001B755D" w14:paraId="52E83665" w14:textId="62751AA2">
            <w:pPr>
              <w:spacing w:before="40" w:after="40"/>
              <w:rPr>
                <w:rFonts w:ascii="Times New Roman" w:hAnsi="Times New Roman" w:cs="Times New Roman"/>
              </w:rPr>
            </w:pPr>
            <w:r w:rsidRPr="001B755D">
              <w:rPr>
                <w:rFonts w:ascii="Times New Roman" w:hAnsi="Times New Roman" w:cs="Times New Roman"/>
                <w:sz w:val="17"/>
              </w:rPr>
              <w:t xml:space="preserve">Bu form, varsa ekiyle birlikte </w:t>
            </w:r>
            <w:r w:rsidRPr="001B755D">
              <w:rPr>
                <w:rFonts w:ascii="Times New Roman" w:hAnsi="Times New Roman" w:cs="Times New Roman"/>
                <w:sz w:val="17"/>
              </w:rPr>
              <w:t>Bölüm</w:t>
            </w:r>
            <w:r w:rsidRPr="001B755D">
              <w:rPr>
                <w:rFonts w:ascii="Times New Roman" w:hAnsi="Times New Roman" w:cs="Times New Roman"/>
                <w:sz w:val="17"/>
              </w:rPr>
              <w:t xml:space="preserve"> Başkanlığı </w:t>
            </w:r>
            <w:r w:rsidRPr="001B755D">
              <w:rPr>
                <w:rFonts w:ascii="Times New Roman" w:hAnsi="Times New Roman" w:cs="Times New Roman"/>
                <w:sz w:val="17"/>
              </w:rPr>
              <w:t>aracılığıyla</w:t>
            </w:r>
            <w:r w:rsidRPr="001B755D">
              <w:rPr>
                <w:rFonts w:ascii="Times New Roman" w:hAnsi="Times New Roman" w:cs="Times New Roman"/>
                <w:sz w:val="17"/>
              </w:rPr>
              <w:t xml:space="preserve"> </w:t>
            </w:r>
            <w:r w:rsidRPr="001B755D" w:rsidR="001B755D">
              <w:rPr>
                <w:rFonts w:ascii="Times New Roman" w:hAnsi="Times New Roman" w:cs="Times New Roman"/>
                <w:sz w:val="17"/>
              </w:rPr>
              <w:t>Üniversite</w:t>
            </w:r>
            <w:r w:rsidRPr="001B755D" w:rsidR="001B755D">
              <w:rPr>
                <w:rFonts w:ascii="Times New Roman" w:hAnsi="Times New Roman" w:cs="Times New Roman"/>
                <w:sz w:val="17"/>
              </w:rPr>
              <w:t xml:space="preserve"> </w:t>
            </w:r>
            <w:r w:rsidRPr="001B755D">
              <w:rPr>
                <w:rFonts w:ascii="Times New Roman" w:hAnsi="Times New Roman" w:cs="Times New Roman"/>
                <w:sz w:val="17"/>
              </w:rPr>
              <w:t xml:space="preserve">Belge </w:t>
            </w:r>
            <w:r w:rsidRPr="001B755D">
              <w:rPr>
                <w:rFonts w:ascii="Times New Roman" w:hAnsi="Times New Roman" w:cs="Times New Roman"/>
                <w:sz w:val="17"/>
              </w:rPr>
              <w:t>Yönetim</w:t>
            </w:r>
            <w:r w:rsidRPr="001B755D">
              <w:rPr>
                <w:rFonts w:ascii="Times New Roman" w:hAnsi="Times New Roman" w:cs="Times New Roman"/>
                <w:sz w:val="17"/>
              </w:rPr>
              <w:t xml:space="preserve"> Sistemi (</w:t>
            </w:r>
            <w:r w:rsidRPr="001B755D" w:rsidR="001B755D">
              <w:rPr>
                <w:rFonts w:ascii="Times New Roman" w:hAnsi="Times New Roman" w:cs="Times New Roman"/>
                <w:sz w:val="17"/>
              </w:rPr>
              <w:t>U</w:t>
            </w:r>
            <w:r w:rsidRPr="001B755D">
              <w:rPr>
                <w:rFonts w:ascii="Times New Roman" w:hAnsi="Times New Roman" w:cs="Times New Roman"/>
                <w:sz w:val="17"/>
              </w:rPr>
              <w:t>BYS) üzerinden Yüksekokul Müdürlüğüne iletilmelidir.</w:t>
            </w:r>
          </w:p>
        </w:tc>
      </w:tr>
      <w:tr w14:paraId="6EB21CA9"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B74DF9" w:rsidRPr="001B755D" w14:paraId="7059A8C1" w14:textId="77777777">
            <w:pPr>
              <w:spacing w:before="40" w:after="40"/>
              <w:rPr>
                <w:rFonts w:ascii="Times New Roman" w:hAnsi="Times New Roman" w:cs="Times New Roman"/>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B74DF9" w:rsidRPr="001B755D" w14:paraId="3AABDFB6" w14:textId="77777777">
            <w:pPr>
              <w:spacing w:before="40" w:after="40"/>
              <w:rPr>
                <w:rFonts w:ascii="Times New Roman" w:hAnsi="Times New Roman" w:cs="Times New Roman"/>
              </w:rPr>
            </w:pPr>
            <w:r w:rsidRPr="001B755D">
              <w:rPr>
                <w:rFonts w:ascii="Times New Roman" w:hAnsi="Times New Roman" w:cs="Times New Roman"/>
                <w:sz w:val="17"/>
              </w:rPr>
              <w:t>Görevlendirmeye ilişkin belge veya sağlık raporu dilekçeye eklenmelidir.</w:t>
            </w:r>
          </w:p>
        </w:tc>
      </w:tr>
      <w:tr w14:paraId="61E1C118"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B74DF9" w:rsidRPr="001B755D" w14:paraId="42026D8A" w14:textId="77777777">
            <w:pPr>
              <w:spacing w:before="40" w:after="40"/>
              <w:rPr>
                <w:rFonts w:ascii="Times New Roman" w:hAnsi="Times New Roman" w:cs="Times New Roman"/>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B74DF9" w:rsidRPr="001B755D" w14:paraId="72312192" w14:textId="77777777">
            <w:pPr>
              <w:spacing w:before="40" w:after="40"/>
              <w:rPr>
                <w:rFonts w:ascii="Times New Roman" w:hAnsi="Times New Roman" w:cs="Times New Roman"/>
              </w:rPr>
            </w:pPr>
            <w:r w:rsidRPr="001B755D">
              <w:rPr>
                <w:rFonts w:ascii="Times New Roman" w:hAnsi="Times New Roman" w:cs="Times New Roman"/>
                <w:sz w:val="17"/>
              </w:rPr>
              <w:t xml:space="preserve">Ders telafi dilekçesi </w:t>
            </w:r>
            <w:r w:rsidRPr="001B755D">
              <w:rPr>
                <w:rFonts w:ascii="Times New Roman" w:hAnsi="Times New Roman" w:cs="Times New Roman"/>
                <w:sz w:val="17"/>
              </w:rPr>
              <w:t>Bölüm</w:t>
            </w:r>
            <w:r w:rsidRPr="001B755D">
              <w:rPr>
                <w:rFonts w:ascii="Times New Roman" w:hAnsi="Times New Roman" w:cs="Times New Roman"/>
                <w:sz w:val="17"/>
              </w:rPr>
              <w:t xml:space="preserve"> </w:t>
            </w:r>
            <w:r w:rsidRPr="001B755D">
              <w:rPr>
                <w:rFonts w:ascii="Times New Roman" w:hAnsi="Times New Roman" w:cs="Times New Roman"/>
                <w:sz w:val="17"/>
              </w:rPr>
              <w:t>Başkanı</w:t>
            </w:r>
            <w:r w:rsidRPr="001B755D">
              <w:rPr>
                <w:rFonts w:ascii="Times New Roman" w:hAnsi="Times New Roman" w:cs="Times New Roman"/>
                <w:sz w:val="17"/>
              </w:rPr>
              <w:t xml:space="preserve"> </w:t>
            </w:r>
            <w:r w:rsidRPr="001B755D">
              <w:rPr>
                <w:rFonts w:ascii="Times New Roman" w:hAnsi="Times New Roman" w:cs="Times New Roman"/>
                <w:sz w:val="17"/>
              </w:rPr>
              <w:t>tarafından</w:t>
            </w:r>
            <w:r w:rsidRPr="001B755D">
              <w:rPr>
                <w:rFonts w:ascii="Times New Roman" w:hAnsi="Times New Roman" w:cs="Times New Roman"/>
                <w:sz w:val="17"/>
              </w:rPr>
              <w:t xml:space="preserve"> </w:t>
            </w:r>
            <w:r w:rsidRPr="001B755D">
              <w:rPr>
                <w:rFonts w:ascii="Times New Roman" w:hAnsi="Times New Roman" w:cs="Times New Roman"/>
                <w:sz w:val="17"/>
              </w:rPr>
              <w:t>imzalanmalıdır</w:t>
            </w:r>
            <w:r w:rsidRPr="001B755D">
              <w:rPr>
                <w:rFonts w:ascii="Times New Roman" w:hAnsi="Times New Roman" w:cs="Times New Roman"/>
                <w:sz w:val="17"/>
              </w:rPr>
              <w:t>.</w:t>
            </w:r>
          </w:p>
        </w:tc>
      </w:tr>
      <w:tr w14:paraId="20A01479"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1B755D" w:rsidRPr="001B755D" w14:paraId="29854BED" w14:textId="5CEA93EE">
            <w:pPr>
              <w:spacing w:before="40" w:after="40"/>
              <w:rPr>
                <w:rFonts w:ascii="Times New Roman" w:hAnsi="Times New Roman" w:cs="Times New Roman"/>
                <w:sz w:val="18"/>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1B755D" w:rsidRPr="001B755D" w14:paraId="79BE9D29" w14:textId="754DBF6A">
            <w:pPr>
              <w:spacing w:before="40" w:after="40"/>
              <w:rPr>
                <w:rFonts w:ascii="Times New Roman" w:hAnsi="Times New Roman" w:cs="Times New Roman"/>
                <w:sz w:val="17"/>
                <w:lang w:val="tr-TR"/>
              </w:rPr>
            </w:pPr>
            <w:r w:rsidRPr="001B755D">
              <w:rPr>
                <w:rFonts w:ascii="Times New Roman" w:hAnsi="Times New Roman" w:cs="Times New Roman"/>
                <w:sz w:val="17"/>
                <w:lang w:val="tr-TR"/>
              </w:rPr>
              <w:t>Telafilerin Yüksekokul Yönetim Kurulunda görüşülebilmesi için başvuru sürelerine uyulmalıdır. Görevlendirme nedeniyle yapılacak telafiler, görevlendirme olur tarihinden itibaren; sağlık raporu nedeniyle yapılacak telafiler ise raporun bitiş tarihinden itibaren en geç bir hafta içinde Çerkeş Meslek Yüksekokulu Müdürlüğüne iletilmelidir. Bu sürelerin aşılması hâlinde telafi talebi Yüksekokul Yönetim Kurulu gündemine alınmayacaktır.</w:t>
            </w:r>
          </w:p>
        </w:tc>
      </w:tr>
      <w:tr w14:paraId="23E7F7B8"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B74DF9" w:rsidRPr="001B755D" w14:paraId="2CB994A8" w14:textId="77777777">
            <w:pPr>
              <w:spacing w:before="40" w:after="40"/>
              <w:rPr>
                <w:rFonts w:ascii="Times New Roman" w:hAnsi="Times New Roman" w:cs="Times New Roman"/>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B74DF9" w:rsidRPr="001B755D" w14:paraId="6688A9D3" w14:textId="77777777">
            <w:pPr>
              <w:spacing w:before="40" w:after="40"/>
              <w:rPr>
                <w:rFonts w:ascii="Times New Roman" w:hAnsi="Times New Roman" w:cs="Times New Roman"/>
              </w:rPr>
            </w:pPr>
            <w:r w:rsidRPr="001B755D">
              <w:rPr>
                <w:rFonts w:ascii="Times New Roman" w:hAnsi="Times New Roman" w:cs="Times New Roman"/>
                <w:sz w:val="17"/>
              </w:rPr>
              <w:t>Telafi talebi, ilgili belgelerle birlikte değerlendirilmek üzere zamanında iletilmelidir.</w:t>
            </w:r>
          </w:p>
        </w:tc>
      </w:tr>
      <w:tr w14:paraId="27EEA608"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B74DF9" w:rsidRPr="001B755D" w14:paraId="15170F2F" w14:textId="77777777">
            <w:pPr>
              <w:spacing w:before="40" w:after="40"/>
              <w:rPr>
                <w:rFonts w:ascii="Times New Roman" w:hAnsi="Times New Roman" w:cs="Times New Roman"/>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B74DF9" w:rsidRPr="001B755D" w14:paraId="30AE4089" w14:textId="77777777">
            <w:pPr>
              <w:spacing w:before="40" w:after="40"/>
              <w:rPr>
                <w:rFonts w:ascii="Times New Roman" w:hAnsi="Times New Roman" w:cs="Times New Roman"/>
              </w:rPr>
            </w:pPr>
            <w:r w:rsidRPr="001B755D">
              <w:rPr>
                <w:rFonts w:ascii="Times New Roman" w:hAnsi="Times New Roman" w:cs="Times New Roman"/>
                <w:sz w:val="17"/>
              </w:rPr>
              <w:t>Telafi tarih ve saatleri diğer derslerle çakışmamalıdır.</w:t>
            </w:r>
          </w:p>
        </w:tc>
      </w:tr>
      <w:tr w14:paraId="5242BF9C" w14:textId="77777777">
        <w:tblPrEx>
          <w:tblW w:w="0" w:type="auto"/>
          <w:tblLayout w:type="fixed"/>
          <w:tblLook w:val="04A0"/>
        </w:tblPrEx>
        <w:tc>
          <w:tcPr>
            <w:tcW w:w="1191" w:type="dxa"/>
            <w:tcBorders>
              <w:top w:val="single" w:sz="5" w:space="0" w:color="898F95"/>
              <w:left w:val="single" w:sz="5" w:space="0" w:color="898F95"/>
              <w:bottom w:val="single" w:sz="5" w:space="0" w:color="898F95"/>
              <w:right w:val="single" w:sz="5" w:space="0" w:color="898F95"/>
            </w:tcBorders>
            <w:vAlign w:val="center"/>
          </w:tcPr>
          <w:p w:rsidR="00B74DF9" w:rsidRPr="001B755D" w14:paraId="096447B8" w14:textId="77777777">
            <w:pPr>
              <w:spacing w:before="40" w:after="40"/>
              <w:rPr>
                <w:rFonts w:ascii="Times New Roman" w:hAnsi="Times New Roman" w:cs="Times New Roman"/>
              </w:rPr>
            </w:pPr>
            <w:r w:rsidRPr="001B755D">
              <w:rPr>
                <w:rFonts w:ascii="Segoe UI Symbol" w:hAnsi="Segoe UI Symbol" w:cs="Segoe UI Symbol"/>
                <w:sz w:val="18"/>
              </w:rPr>
              <w:t>➤</w:t>
            </w:r>
          </w:p>
        </w:tc>
        <w:tc>
          <w:tcPr>
            <w:tcW w:w="8844" w:type="dxa"/>
            <w:tcBorders>
              <w:top w:val="single" w:sz="5" w:space="0" w:color="898F95"/>
              <w:left w:val="single" w:sz="5" w:space="0" w:color="898F95"/>
              <w:bottom w:val="single" w:sz="5" w:space="0" w:color="898F95"/>
              <w:right w:val="single" w:sz="5" w:space="0" w:color="898F95"/>
            </w:tcBorders>
            <w:vAlign w:val="center"/>
          </w:tcPr>
          <w:p w:rsidR="00B74DF9" w:rsidRPr="001B755D" w14:paraId="672003E8" w14:textId="77777777">
            <w:pPr>
              <w:spacing w:before="40" w:after="40"/>
              <w:rPr>
                <w:rFonts w:ascii="Times New Roman" w:hAnsi="Times New Roman" w:cs="Times New Roman"/>
              </w:rPr>
            </w:pPr>
            <w:r w:rsidRPr="001B755D">
              <w:rPr>
                <w:rFonts w:ascii="Times New Roman" w:hAnsi="Times New Roman" w:cs="Times New Roman"/>
                <w:sz w:val="17"/>
              </w:rPr>
              <w:t>Telafiler, mazeretin bitiminden sonra yapılmalıdır.</w:t>
            </w:r>
          </w:p>
        </w:tc>
      </w:tr>
    </w:tbl>
    <w:p w14:paraId="1B28E613" w14:textId="77777777">
      <w:pPr>
        <w:spacing w:before="0" w:after="0"/>
        <w:rPr>
          <w:sz w:val="0"/>
          <w:szCs w:val="0"/>
        </w:rPr>
      </w:pPr>
    </w:p>
    <w:sectPr w:rsidSect="00034616">
      <w:pgSz w:w="11906" w:h="16838"/>
      <w:pgMar w:top="765" w:right="935" w:bottom="765" w:left="935" w:header="283" w:footer="283"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3064778">
    <w:abstractNumId w:val="5"/>
  </w:num>
  <w:num w:numId="2" w16cid:durableId="1521623914">
    <w:abstractNumId w:val="3"/>
  </w:num>
  <w:num w:numId="3" w16cid:durableId="250937812">
    <w:abstractNumId w:val="2"/>
  </w:num>
  <w:num w:numId="4" w16cid:durableId="811942302">
    <w:abstractNumId w:val="4"/>
  </w:num>
  <w:num w:numId="5" w16cid:durableId="1394885101">
    <w:abstractNumId w:val="1"/>
  </w:num>
  <w:num w:numId="6" w16cid:durableId="1661620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47730"/>
    <w:rsid w:val="00034616"/>
    <w:rsid w:val="0006063C"/>
    <w:rsid w:val="0015074B"/>
    <w:rsid w:val="001B755D"/>
    <w:rsid w:val="0029639D"/>
    <w:rsid w:val="00326F90"/>
    <w:rsid w:val="00760AA3"/>
    <w:rsid w:val="00AA1D8D"/>
    <w:rsid w:val="00AA7A47"/>
    <w:rsid w:val="00B47730"/>
    <w:rsid w:val="00B74DF9"/>
    <w:rsid w:val="00CB0664"/>
    <w:rsid w:val="00CB0E9D"/>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1703FF5F"/>
  <w15:docId w15:val="{47068D36-DBA3-4D41-973E-F206DA32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line="252" w:lineRule="auto"/>
    </w:pPr>
    <w:rPr>
      <w:rFonts w:ascii="Arial" w:hAnsi="Arial"/>
      <w:color w:val="000000"/>
      <w:sz w:val="20"/>
    </w:rPr>
  </w:style>
  <w:style w:type="paragraph" w:styleId="Heading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Heading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DefaultParagraphFont"/>
    <w:link w:val="Header"/>
    <w:uiPriority w:val="99"/>
    <w:rsid w:val="00E618BF"/>
  </w:style>
  <w:style w:type="paragraph" w:styleId="Footer">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Balk1Char">
    <w:name w:val="Başlık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KonuBal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22"/>
      <w:szCs w:val="52"/>
    </w:rPr>
  </w:style>
  <w:style w:type="character" w:customStyle="1" w:styleId="KonuBalChar">
    <w:name w:val="Konu Başlığı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GvdeMetniChar"/>
    <w:uiPriority w:val="99"/>
    <w:unhideWhenUsed/>
    <w:rsid w:val="00AA1D8D"/>
    <w:pPr>
      <w:spacing w:after="120"/>
    </w:pPr>
  </w:style>
  <w:style w:type="character" w:customStyle="1" w:styleId="GvdeMetniChar">
    <w:name w:val="Gövde Metni Char"/>
    <w:basedOn w:val="DefaultParagraphFont"/>
    <w:link w:val="BodyText"/>
    <w:uiPriority w:val="99"/>
    <w:rsid w:val="00AA1D8D"/>
  </w:style>
  <w:style w:type="paragraph" w:styleId="BodyText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DefaultParagraphFont"/>
    <w:link w:val="BodyText2"/>
    <w:uiPriority w:val="99"/>
    <w:rsid w:val="00AA1D8D"/>
  </w:style>
  <w:style w:type="paragraph" w:styleId="BodyText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DefaultParagraphFont"/>
    <w:link w:val="MacroText"/>
    <w:uiPriority w:val="99"/>
    <w:rsid w:val="0029639D"/>
    <w:rPr>
      <w:rFonts w:ascii="Courier" w:hAnsi="Courier"/>
      <w:sz w:val="20"/>
      <w:szCs w:val="20"/>
    </w:rPr>
  </w:style>
  <w:style w:type="paragraph" w:styleId="Quote">
    <w:name w:val="Quote"/>
    <w:basedOn w:val="Normal"/>
    <w:next w:val="Normal"/>
    <w:link w:val="AlntChar"/>
    <w:uiPriority w:val="29"/>
    <w:qFormat/>
    <w:rsid w:val="00FC693F"/>
    <w:rPr>
      <w:i/>
      <w:iCs/>
      <w:color w:val="000000" w:themeColor="text1"/>
    </w:rPr>
  </w:style>
  <w:style w:type="character" w:customStyle="1" w:styleId="AlntChar">
    <w:name w:val="Alıntı Char"/>
    <w:basedOn w:val="DefaultParagraphFont"/>
    <w:link w:val="Quote"/>
    <w:uiPriority w:val="29"/>
    <w:rsid w:val="00FC693F"/>
    <w:rPr>
      <w:i/>
      <w:iCs/>
      <w:color w:val="000000" w:themeColor="text1"/>
    </w:rPr>
  </w:style>
  <w:style w:type="character" w:customStyle="1" w:styleId="Balk4Char">
    <w:name w:val="Başlık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Abdullah ÇEVİK</cp:lastModifiedBy>
  <cp:revision>4</cp:revision>
  <dcterms:created xsi:type="dcterms:W3CDTF">2013-12-23T23:15:00Z</dcterms:created>
  <dcterms:modified xsi:type="dcterms:W3CDTF">2026-09-29T11:16:00Z</dcterms:modified>
</cp:coreProperties>
</file>