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39B88A" w14:textId="77777777" w:rsidR="00DC0AF6" w:rsidRDefault="00000000">
      <w:pPr>
        <w:jc w:val="center"/>
      </w:pPr>
      <w:r>
        <w:rPr>
          <w:b/>
        </w:rPr>
        <w:t>2024-2025 EĞİTİM-ÖĞRETİM YILI</w:t>
      </w:r>
      <w:r>
        <w:rPr>
          <w:b/>
        </w:rPr>
        <w:br/>
        <w:t>SAĞLIK BİLİMLERİ FAKÜLTESİ EBELİK BÖLÜMÜ</w:t>
      </w:r>
      <w:r>
        <w:rPr>
          <w:b/>
        </w:rPr>
        <w:br/>
        <w:t>1. SINIF VE 3. SINIF AKRAN YÖNDERLİĞİ EŞLEŞME LİSTESİ</w:t>
      </w:r>
    </w:p>
    <w:p w14:paraId="2B6982BD" w14:textId="77777777" w:rsidR="00DC0AF6" w:rsidRDefault="00DC0AF6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DC0AF6" w14:paraId="5331104E" w14:textId="77777777">
        <w:tc>
          <w:tcPr>
            <w:tcW w:w="1560" w:type="dxa"/>
          </w:tcPr>
          <w:p w14:paraId="09C96933" w14:textId="77777777" w:rsidR="00DC0AF6" w:rsidRDefault="00000000">
            <w:pPr>
              <w:jc w:val="center"/>
            </w:pPr>
            <w:r>
              <w:rPr>
                <w:b/>
                <w:sz w:val="19"/>
              </w:rPr>
              <w:t>DANIŞAN ÖĞRENCİ NUMARASI (1.SINIF)</w:t>
            </w:r>
          </w:p>
        </w:tc>
        <w:tc>
          <w:tcPr>
            <w:tcW w:w="1560" w:type="dxa"/>
          </w:tcPr>
          <w:p w14:paraId="0ED58985" w14:textId="77777777" w:rsidR="00DC0AF6" w:rsidRDefault="00000000">
            <w:pPr>
              <w:jc w:val="center"/>
            </w:pPr>
            <w:r>
              <w:rPr>
                <w:b/>
                <w:sz w:val="19"/>
              </w:rPr>
              <w:t>DANIŞAN ÖĞRENCİ ADI SOYADI</w:t>
            </w:r>
          </w:p>
        </w:tc>
        <w:tc>
          <w:tcPr>
            <w:tcW w:w="1560" w:type="dxa"/>
          </w:tcPr>
          <w:p w14:paraId="31096B70" w14:textId="77777777" w:rsidR="00DC0AF6" w:rsidRDefault="00000000">
            <w:pPr>
              <w:jc w:val="center"/>
            </w:pPr>
            <w:r>
              <w:rPr>
                <w:b/>
                <w:sz w:val="19"/>
              </w:rPr>
              <w:t>DANIŞMAN (1.SINIF)</w:t>
            </w:r>
          </w:p>
        </w:tc>
        <w:tc>
          <w:tcPr>
            <w:tcW w:w="1560" w:type="dxa"/>
          </w:tcPr>
          <w:p w14:paraId="516B8366" w14:textId="77777777" w:rsidR="00DC0AF6" w:rsidRDefault="00000000">
            <w:pPr>
              <w:jc w:val="center"/>
            </w:pPr>
            <w:r>
              <w:rPr>
                <w:b/>
                <w:sz w:val="19"/>
              </w:rPr>
              <w:t>YÖNDER ÖĞRENCİ NUMARASI</w:t>
            </w:r>
          </w:p>
        </w:tc>
        <w:tc>
          <w:tcPr>
            <w:tcW w:w="1560" w:type="dxa"/>
          </w:tcPr>
          <w:p w14:paraId="249CC67C" w14:textId="77777777" w:rsidR="00DC0AF6" w:rsidRDefault="00000000">
            <w:pPr>
              <w:jc w:val="center"/>
            </w:pPr>
            <w:r>
              <w:rPr>
                <w:b/>
                <w:sz w:val="19"/>
              </w:rPr>
              <w:t>YÖNDER ÖĞRENCİ ADI SOYADI</w:t>
            </w:r>
          </w:p>
        </w:tc>
        <w:tc>
          <w:tcPr>
            <w:tcW w:w="1560" w:type="dxa"/>
          </w:tcPr>
          <w:p w14:paraId="2D774223" w14:textId="77777777" w:rsidR="00DC0AF6" w:rsidRDefault="00000000">
            <w:pPr>
              <w:jc w:val="center"/>
            </w:pPr>
            <w:r>
              <w:rPr>
                <w:b/>
                <w:sz w:val="19"/>
              </w:rPr>
              <w:t>DANIŞMAN (3.SINIF)</w:t>
            </w:r>
          </w:p>
        </w:tc>
      </w:tr>
      <w:tr w:rsidR="00DC0AF6" w14:paraId="0ADA415D" w14:textId="77777777">
        <w:tc>
          <w:tcPr>
            <w:tcW w:w="1560" w:type="dxa"/>
          </w:tcPr>
          <w:p w14:paraId="1C4B6724" w14:textId="77777777" w:rsidR="00DC0AF6" w:rsidRDefault="00000000">
            <w:pPr>
              <w:jc w:val="center"/>
            </w:pPr>
            <w:r>
              <w:t>26*****03</w:t>
            </w:r>
          </w:p>
        </w:tc>
        <w:tc>
          <w:tcPr>
            <w:tcW w:w="1560" w:type="dxa"/>
          </w:tcPr>
          <w:p w14:paraId="13C08BA6" w14:textId="77777777" w:rsidR="00DC0AF6" w:rsidRDefault="00000000">
            <w:r>
              <w:t>FA**** MA****</w:t>
            </w:r>
          </w:p>
        </w:tc>
        <w:tc>
          <w:tcPr>
            <w:tcW w:w="1560" w:type="dxa"/>
          </w:tcPr>
          <w:p w14:paraId="5CBA224A" w14:textId="4F194085" w:rsidR="00DC0AF6" w:rsidRDefault="00000000">
            <w:r>
              <w:t>ÖĞR. GÖR. HA</w:t>
            </w:r>
            <w:r w:rsidR="00847C20">
              <w:t xml:space="preserve">*** </w:t>
            </w:r>
            <w:r>
              <w:t>T</w:t>
            </w:r>
            <w:r w:rsidR="00847C20">
              <w:t xml:space="preserve">O**** </w:t>
            </w:r>
            <w:r>
              <w:t>KE</w:t>
            </w:r>
            <w:r w:rsidR="00847C20">
              <w:t>***</w:t>
            </w:r>
          </w:p>
        </w:tc>
        <w:tc>
          <w:tcPr>
            <w:tcW w:w="1560" w:type="dxa"/>
          </w:tcPr>
          <w:p w14:paraId="6BC2598E" w14:textId="77777777" w:rsidR="00DC0AF6" w:rsidRDefault="00000000">
            <w:pPr>
              <w:jc w:val="center"/>
            </w:pPr>
            <w:r>
              <w:t>24*****08</w:t>
            </w:r>
          </w:p>
        </w:tc>
        <w:tc>
          <w:tcPr>
            <w:tcW w:w="1560" w:type="dxa"/>
          </w:tcPr>
          <w:p w14:paraId="19F29346" w14:textId="77777777" w:rsidR="00DC0AF6" w:rsidRDefault="00000000">
            <w:r>
              <w:t>AL**** BA****</w:t>
            </w:r>
          </w:p>
        </w:tc>
        <w:tc>
          <w:tcPr>
            <w:tcW w:w="1560" w:type="dxa"/>
          </w:tcPr>
          <w:p w14:paraId="0A08B37C" w14:textId="1600DACE" w:rsidR="00DC0AF6" w:rsidRDefault="00000000">
            <w:r>
              <w:t>DR. ÖĞR. ÜYESİ NÜ</w:t>
            </w:r>
            <w:r w:rsidR="00C64B77">
              <w:t xml:space="preserve">**** </w:t>
            </w:r>
            <w:r>
              <w:t>KA</w:t>
            </w:r>
            <w:r w:rsidR="00C64B77">
              <w:t>***</w:t>
            </w:r>
          </w:p>
        </w:tc>
      </w:tr>
      <w:tr w:rsidR="00C64B77" w14:paraId="6AD062EE" w14:textId="77777777">
        <w:tc>
          <w:tcPr>
            <w:tcW w:w="1560" w:type="dxa"/>
          </w:tcPr>
          <w:p w14:paraId="720A51CB" w14:textId="77777777" w:rsidR="00C64B77" w:rsidRDefault="00C64B77" w:rsidP="00C64B77">
            <w:pPr>
              <w:jc w:val="center"/>
            </w:pPr>
            <w:r>
              <w:t>26*****29</w:t>
            </w:r>
          </w:p>
        </w:tc>
        <w:tc>
          <w:tcPr>
            <w:tcW w:w="1560" w:type="dxa"/>
          </w:tcPr>
          <w:p w14:paraId="10F0BDC1" w14:textId="77777777" w:rsidR="00C64B77" w:rsidRDefault="00C64B77" w:rsidP="00C64B77">
            <w:r>
              <w:t>HA**** KÜ**** BU****</w:t>
            </w:r>
          </w:p>
        </w:tc>
        <w:tc>
          <w:tcPr>
            <w:tcW w:w="1560" w:type="dxa"/>
          </w:tcPr>
          <w:p w14:paraId="7EAC42E4" w14:textId="1EA41607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318F245B" w14:textId="77777777" w:rsidR="00C64B77" w:rsidRDefault="00C64B77" w:rsidP="00C64B77">
            <w:pPr>
              <w:jc w:val="center"/>
            </w:pPr>
            <w:r>
              <w:t>24*****12</w:t>
            </w:r>
          </w:p>
        </w:tc>
        <w:tc>
          <w:tcPr>
            <w:tcW w:w="1560" w:type="dxa"/>
          </w:tcPr>
          <w:p w14:paraId="5B7296BE" w14:textId="77777777" w:rsidR="00C64B77" w:rsidRDefault="00C64B77" w:rsidP="00C64B77">
            <w:r>
              <w:t>AL**** AZ**** KA****</w:t>
            </w:r>
          </w:p>
        </w:tc>
        <w:tc>
          <w:tcPr>
            <w:tcW w:w="1560" w:type="dxa"/>
          </w:tcPr>
          <w:p w14:paraId="560DCF23" w14:textId="115B1E40" w:rsidR="00C64B77" w:rsidRDefault="00C64B77" w:rsidP="00C64B77">
            <w:r w:rsidRPr="001970CF">
              <w:t>DR. ÖĞR. ÜYESİ NÜ**** KA***</w:t>
            </w:r>
          </w:p>
        </w:tc>
      </w:tr>
      <w:tr w:rsidR="00C64B77" w14:paraId="6471F210" w14:textId="77777777">
        <w:tc>
          <w:tcPr>
            <w:tcW w:w="1560" w:type="dxa"/>
          </w:tcPr>
          <w:p w14:paraId="57702FE8" w14:textId="77777777" w:rsidR="00C64B77" w:rsidRDefault="00C64B77" w:rsidP="00C64B77">
            <w:pPr>
              <w:jc w:val="center"/>
            </w:pPr>
            <w:r>
              <w:t>26*****26</w:t>
            </w:r>
          </w:p>
        </w:tc>
        <w:tc>
          <w:tcPr>
            <w:tcW w:w="1560" w:type="dxa"/>
          </w:tcPr>
          <w:p w14:paraId="05EAC342" w14:textId="77777777" w:rsidR="00C64B77" w:rsidRDefault="00C64B77" w:rsidP="00C64B77">
            <w:r>
              <w:t>EM**** NU**** HO****</w:t>
            </w:r>
          </w:p>
        </w:tc>
        <w:tc>
          <w:tcPr>
            <w:tcW w:w="1560" w:type="dxa"/>
          </w:tcPr>
          <w:p w14:paraId="1A5164A4" w14:textId="72EC09B5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3F8E9AC1" w14:textId="77777777" w:rsidR="00C64B77" w:rsidRDefault="00C64B77" w:rsidP="00C64B77">
            <w:pPr>
              <w:jc w:val="center"/>
            </w:pPr>
            <w:r>
              <w:t>24*****29</w:t>
            </w:r>
          </w:p>
        </w:tc>
        <w:tc>
          <w:tcPr>
            <w:tcW w:w="1560" w:type="dxa"/>
          </w:tcPr>
          <w:p w14:paraId="5CD3BA46" w14:textId="77777777" w:rsidR="00C64B77" w:rsidRDefault="00C64B77" w:rsidP="00C64B77">
            <w:r>
              <w:t>AL**** BA****</w:t>
            </w:r>
          </w:p>
        </w:tc>
        <w:tc>
          <w:tcPr>
            <w:tcW w:w="1560" w:type="dxa"/>
          </w:tcPr>
          <w:p w14:paraId="419DF94E" w14:textId="0CB115EC" w:rsidR="00C64B77" w:rsidRDefault="00C64B77" w:rsidP="00C64B77">
            <w:r w:rsidRPr="001970CF">
              <w:t>DR. ÖĞR. ÜYESİ NÜ**** KA***</w:t>
            </w:r>
          </w:p>
        </w:tc>
      </w:tr>
      <w:tr w:rsidR="00C64B77" w14:paraId="3555F7E1" w14:textId="77777777">
        <w:tc>
          <w:tcPr>
            <w:tcW w:w="1560" w:type="dxa"/>
          </w:tcPr>
          <w:p w14:paraId="026029A8" w14:textId="77777777" w:rsidR="00C64B77" w:rsidRDefault="00C64B77" w:rsidP="00C64B77">
            <w:pPr>
              <w:jc w:val="center"/>
            </w:pPr>
            <w:r>
              <w:t>26*****27</w:t>
            </w:r>
          </w:p>
        </w:tc>
        <w:tc>
          <w:tcPr>
            <w:tcW w:w="1560" w:type="dxa"/>
          </w:tcPr>
          <w:p w14:paraId="3E2ABD57" w14:textId="77777777" w:rsidR="00C64B77" w:rsidRDefault="00C64B77" w:rsidP="00C64B77">
            <w:r>
              <w:t>EY**** KE****</w:t>
            </w:r>
          </w:p>
        </w:tc>
        <w:tc>
          <w:tcPr>
            <w:tcW w:w="1560" w:type="dxa"/>
          </w:tcPr>
          <w:p w14:paraId="08AE8C00" w14:textId="5C6090D0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2B3D9ADE" w14:textId="77777777" w:rsidR="00C64B77" w:rsidRDefault="00C64B77" w:rsidP="00C64B77">
            <w:pPr>
              <w:jc w:val="center"/>
            </w:pPr>
            <w:r>
              <w:t>24*****23</w:t>
            </w:r>
          </w:p>
        </w:tc>
        <w:tc>
          <w:tcPr>
            <w:tcW w:w="1560" w:type="dxa"/>
          </w:tcPr>
          <w:p w14:paraId="756AF955" w14:textId="77777777" w:rsidR="00C64B77" w:rsidRDefault="00C64B77" w:rsidP="00C64B77">
            <w:r>
              <w:t>AS**** AK****</w:t>
            </w:r>
          </w:p>
        </w:tc>
        <w:tc>
          <w:tcPr>
            <w:tcW w:w="1560" w:type="dxa"/>
          </w:tcPr>
          <w:p w14:paraId="23EC250C" w14:textId="7CA15307" w:rsidR="00C64B77" w:rsidRDefault="00C64B77" w:rsidP="00C64B77">
            <w:r w:rsidRPr="001970CF">
              <w:t>DR. ÖĞR. ÜYESİ NÜ**** KA***</w:t>
            </w:r>
          </w:p>
        </w:tc>
      </w:tr>
      <w:tr w:rsidR="00C64B77" w14:paraId="001077D0" w14:textId="77777777">
        <w:tc>
          <w:tcPr>
            <w:tcW w:w="1560" w:type="dxa"/>
          </w:tcPr>
          <w:p w14:paraId="3E134742" w14:textId="77777777" w:rsidR="00C64B77" w:rsidRDefault="00C64B77" w:rsidP="00C64B77">
            <w:pPr>
              <w:jc w:val="center"/>
            </w:pPr>
            <w:r>
              <w:t>26*****28</w:t>
            </w:r>
          </w:p>
        </w:tc>
        <w:tc>
          <w:tcPr>
            <w:tcW w:w="1560" w:type="dxa"/>
          </w:tcPr>
          <w:p w14:paraId="04A184A0" w14:textId="77777777" w:rsidR="00C64B77" w:rsidRDefault="00C64B77" w:rsidP="00C64B77">
            <w:r>
              <w:t>FA**** AV****</w:t>
            </w:r>
          </w:p>
        </w:tc>
        <w:tc>
          <w:tcPr>
            <w:tcW w:w="1560" w:type="dxa"/>
          </w:tcPr>
          <w:p w14:paraId="436992D7" w14:textId="1F689E6F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44331C18" w14:textId="77777777" w:rsidR="00C64B77" w:rsidRDefault="00C64B77" w:rsidP="00C64B77">
            <w:pPr>
              <w:jc w:val="center"/>
            </w:pPr>
            <w:r>
              <w:t>24*****77</w:t>
            </w:r>
          </w:p>
        </w:tc>
        <w:tc>
          <w:tcPr>
            <w:tcW w:w="1560" w:type="dxa"/>
          </w:tcPr>
          <w:p w14:paraId="77C9A453" w14:textId="77777777" w:rsidR="00C64B77" w:rsidRDefault="00C64B77" w:rsidP="00C64B77">
            <w:r>
              <w:t>AY**** BE**** YA****</w:t>
            </w:r>
          </w:p>
        </w:tc>
        <w:tc>
          <w:tcPr>
            <w:tcW w:w="1560" w:type="dxa"/>
          </w:tcPr>
          <w:p w14:paraId="0DB1FBAB" w14:textId="65AF9286" w:rsidR="00C64B77" w:rsidRDefault="00C64B77" w:rsidP="00C64B77">
            <w:r w:rsidRPr="001970CF">
              <w:t>DR. ÖĞR. ÜYESİ NÜ**** KA***</w:t>
            </w:r>
          </w:p>
        </w:tc>
      </w:tr>
      <w:tr w:rsidR="00C64B77" w14:paraId="62C16541" w14:textId="77777777">
        <w:tc>
          <w:tcPr>
            <w:tcW w:w="1560" w:type="dxa"/>
          </w:tcPr>
          <w:p w14:paraId="12D10BE1" w14:textId="77777777" w:rsidR="00C64B77" w:rsidRDefault="00C64B77" w:rsidP="00C64B77">
            <w:pPr>
              <w:jc w:val="center"/>
            </w:pPr>
            <w:r>
              <w:t>26*****30</w:t>
            </w:r>
          </w:p>
        </w:tc>
        <w:tc>
          <w:tcPr>
            <w:tcW w:w="1560" w:type="dxa"/>
          </w:tcPr>
          <w:p w14:paraId="78C17BBF" w14:textId="77777777" w:rsidR="00C64B77" w:rsidRDefault="00C64B77" w:rsidP="00C64B77">
            <w:r>
              <w:t>RE**** KA****</w:t>
            </w:r>
          </w:p>
        </w:tc>
        <w:tc>
          <w:tcPr>
            <w:tcW w:w="1560" w:type="dxa"/>
          </w:tcPr>
          <w:p w14:paraId="31B5410C" w14:textId="45F056F8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118D37F6" w14:textId="77777777" w:rsidR="00C64B77" w:rsidRDefault="00C64B77" w:rsidP="00C64B77">
            <w:pPr>
              <w:jc w:val="center"/>
            </w:pPr>
            <w:r>
              <w:t>24*****73</w:t>
            </w:r>
          </w:p>
        </w:tc>
        <w:tc>
          <w:tcPr>
            <w:tcW w:w="1560" w:type="dxa"/>
          </w:tcPr>
          <w:p w14:paraId="71A8A098" w14:textId="77777777" w:rsidR="00C64B77" w:rsidRDefault="00C64B77" w:rsidP="00C64B77">
            <w:r>
              <w:t>AY**** BE**** OK****</w:t>
            </w:r>
          </w:p>
        </w:tc>
        <w:tc>
          <w:tcPr>
            <w:tcW w:w="1560" w:type="dxa"/>
          </w:tcPr>
          <w:p w14:paraId="6D25EB51" w14:textId="3E706815" w:rsidR="00C64B77" w:rsidRDefault="00C64B77" w:rsidP="00C64B77">
            <w:r w:rsidRPr="001970CF">
              <w:t>DR. ÖĞR. ÜYESİ NÜ**** KA***</w:t>
            </w:r>
          </w:p>
        </w:tc>
      </w:tr>
      <w:tr w:rsidR="00C64B77" w14:paraId="52FFDA1D" w14:textId="77777777">
        <w:tc>
          <w:tcPr>
            <w:tcW w:w="1560" w:type="dxa"/>
          </w:tcPr>
          <w:p w14:paraId="30565EEF" w14:textId="77777777" w:rsidR="00C64B77" w:rsidRDefault="00C64B77" w:rsidP="00C64B77">
            <w:pPr>
              <w:jc w:val="center"/>
            </w:pPr>
            <w:r>
              <w:t>26*****31</w:t>
            </w:r>
          </w:p>
        </w:tc>
        <w:tc>
          <w:tcPr>
            <w:tcW w:w="1560" w:type="dxa"/>
          </w:tcPr>
          <w:p w14:paraId="7C84B503" w14:textId="77777777" w:rsidR="00C64B77" w:rsidRDefault="00C64B77" w:rsidP="00C64B77">
            <w:r>
              <w:t>BE**** NU**** TO****</w:t>
            </w:r>
          </w:p>
        </w:tc>
        <w:tc>
          <w:tcPr>
            <w:tcW w:w="1560" w:type="dxa"/>
          </w:tcPr>
          <w:p w14:paraId="0A212B28" w14:textId="1760D777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358142C6" w14:textId="77777777" w:rsidR="00C64B77" w:rsidRDefault="00C64B77" w:rsidP="00C64B77">
            <w:pPr>
              <w:jc w:val="center"/>
            </w:pPr>
            <w:r>
              <w:t>24*****09</w:t>
            </w:r>
          </w:p>
        </w:tc>
        <w:tc>
          <w:tcPr>
            <w:tcW w:w="1560" w:type="dxa"/>
          </w:tcPr>
          <w:p w14:paraId="3AEB63F9" w14:textId="77777777" w:rsidR="00C64B77" w:rsidRDefault="00C64B77" w:rsidP="00C64B77">
            <w:r>
              <w:t>AY**** Kİ****</w:t>
            </w:r>
          </w:p>
        </w:tc>
        <w:tc>
          <w:tcPr>
            <w:tcW w:w="1560" w:type="dxa"/>
          </w:tcPr>
          <w:p w14:paraId="73670A37" w14:textId="69878723" w:rsidR="00C64B77" w:rsidRDefault="00C64B77" w:rsidP="00C64B77">
            <w:r w:rsidRPr="001970CF">
              <w:t>DR. ÖĞR. ÜYESİ NÜ**** KA***</w:t>
            </w:r>
          </w:p>
        </w:tc>
      </w:tr>
      <w:tr w:rsidR="00C64B77" w14:paraId="7DA65B7D" w14:textId="77777777">
        <w:tc>
          <w:tcPr>
            <w:tcW w:w="1560" w:type="dxa"/>
          </w:tcPr>
          <w:p w14:paraId="3C5F6739" w14:textId="77777777" w:rsidR="00C64B77" w:rsidRDefault="00C64B77" w:rsidP="00C64B77">
            <w:pPr>
              <w:jc w:val="center"/>
            </w:pPr>
            <w:r>
              <w:t>26*****32</w:t>
            </w:r>
          </w:p>
        </w:tc>
        <w:tc>
          <w:tcPr>
            <w:tcW w:w="1560" w:type="dxa"/>
          </w:tcPr>
          <w:p w14:paraId="3307C3A2" w14:textId="77777777" w:rsidR="00C64B77" w:rsidRDefault="00C64B77" w:rsidP="00C64B77">
            <w:r>
              <w:t>HI**** BO****</w:t>
            </w:r>
          </w:p>
        </w:tc>
        <w:tc>
          <w:tcPr>
            <w:tcW w:w="1560" w:type="dxa"/>
          </w:tcPr>
          <w:p w14:paraId="4BE8F418" w14:textId="6A8F500C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42E9192E" w14:textId="77777777" w:rsidR="00C64B77" w:rsidRDefault="00C64B77" w:rsidP="00C64B77">
            <w:pPr>
              <w:jc w:val="center"/>
            </w:pPr>
            <w:r>
              <w:t>24*****15</w:t>
            </w:r>
          </w:p>
        </w:tc>
        <w:tc>
          <w:tcPr>
            <w:tcW w:w="1560" w:type="dxa"/>
          </w:tcPr>
          <w:p w14:paraId="0377D919" w14:textId="77777777" w:rsidR="00C64B77" w:rsidRDefault="00C64B77" w:rsidP="00C64B77">
            <w:r>
              <w:t>AY**** SE**** UY****</w:t>
            </w:r>
          </w:p>
        </w:tc>
        <w:tc>
          <w:tcPr>
            <w:tcW w:w="1560" w:type="dxa"/>
          </w:tcPr>
          <w:p w14:paraId="27D05054" w14:textId="4552B97F" w:rsidR="00C64B77" w:rsidRDefault="00C64B77" w:rsidP="00C64B77">
            <w:r w:rsidRPr="001970CF">
              <w:t>DR. ÖĞR. ÜYESİ NÜ**** KA***</w:t>
            </w:r>
          </w:p>
        </w:tc>
      </w:tr>
      <w:tr w:rsidR="00C64B77" w14:paraId="0F354B13" w14:textId="77777777">
        <w:tc>
          <w:tcPr>
            <w:tcW w:w="1560" w:type="dxa"/>
          </w:tcPr>
          <w:p w14:paraId="7210B45B" w14:textId="77777777" w:rsidR="00C64B77" w:rsidRDefault="00C64B77" w:rsidP="00C64B77">
            <w:pPr>
              <w:jc w:val="center"/>
            </w:pPr>
            <w:r>
              <w:t>26*****33</w:t>
            </w:r>
          </w:p>
        </w:tc>
        <w:tc>
          <w:tcPr>
            <w:tcW w:w="1560" w:type="dxa"/>
          </w:tcPr>
          <w:p w14:paraId="05E4011F" w14:textId="77777777" w:rsidR="00C64B77" w:rsidRDefault="00C64B77" w:rsidP="00C64B77">
            <w:r>
              <w:t>SE**** NU**** SÜ****</w:t>
            </w:r>
          </w:p>
        </w:tc>
        <w:tc>
          <w:tcPr>
            <w:tcW w:w="1560" w:type="dxa"/>
          </w:tcPr>
          <w:p w14:paraId="170BB1B2" w14:textId="439A213D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36ACAC51" w14:textId="77777777" w:rsidR="00C64B77" w:rsidRDefault="00C64B77" w:rsidP="00C64B77">
            <w:pPr>
              <w:jc w:val="center"/>
            </w:pPr>
            <w:r>
              <w:t>24*****07</w:t>
            </w:r>
          </w:p>
        </w:tc>
        <w:tc>
          <w:tcPr>
            <w:tcW w:w="1560" w:type="dxa"/>
          </w:tcPr>
          <w:p w14:paraId="195B712D" w14:textId="77777777" w:rsidR="00C64B77" w:rsidRDefault="00C64B77" w:rsidP="00C64B77">
            <w:r>
              <w:t>AY**** ŞA****</w:t>
            </w:r>
          </w:p>
        </w:tc>
        <w:tc>
          <w:tcPr>
            <w:tcW w:w="1560" w:type="dxa"/>
          </w:tcPr>
          <w:p w14:paraId="64118557" w14:textId="392E0110" w:rsidR="00C64B77" w:rsidRDefault="00C64B77" w:rsidP="00C64B77">
            <w:r w:rsidRPr="001970CF">
              <w:t>DR. ÖĞR. ÜYESİ NÜ**** KA***</w:t>
            </w:r>
          </w:p>
        </w:tc>
      </w:tr>
      <w:tr w:rsidR="00C64B77" w14:paraId="2B3495B0" w14:textId="77777777">
        <w:tc>
          <w:tcPr>
            <w:tcW w:w="1560" w:type="dxa"/>
          </w:tcPr>
          <w:p w14:paraId="0A8DE408" w14:textId="77777777" w:rsidR="00C64B77" w:rsidRDefault="00C64B77" w:rsidP="00C64B77">
            <w:pPr>
              <w:jc w:val="center"/>
            </w:pPr>
            <w:r>
              <w:t>26*****34</w:t>
            </w:r>
          </w:p>
        </w:tc>
        <w:tc>
          <w:tcPr>
            <w:tcW w:w="1560" w:type="dxa"/>
          </w:tcPr>
          <w:p w14:paraId="0071CF5E" w14:textId="77777777" w:rsidR="00C64B77" w:rsidRDefault="00C64B77" w:rsidP="00C64B77">
            <w:r>
              <w:t>BÜ**** ÇI****</w:t>
            </w:r>
          </w:p>
        </w:tc>
        <w:tc>
          <w:tcPr>
            <w:tcW w:w="1560" w:type="dxa"/>
          </w:tcPr>
          <w:p w14:paraId="292CEF10" w14:textId="48DF2350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3BDC0F35" w14:textId="77777777" w:rsidR="00C64B77" w:rsidRDefault="00C64B77" w:rsidP="00C64B77">
            <w:pPr>
              <w:jc w:val="center"/>
            </w:pPr>
            <w:r>
              <w:t>24*****68</w:t>
            </w:r>
          </w:p>
        </w:tc>
        <w:tc>
          <w:tcPr>
            <w:tcW w:w="1560" w:type="dxa"/>
          </w:tcPr>
          <w:p w14:paraId="044033CB" w14:textId="77777777" w:rsidR="00C64B77" w:rsidRDefault="00C64B77" w:rsidP="00C64B77">
            <w:r>
              <w:t>AY**** UY****</w:t>
            </w:r>
          </w:p>
        </w:tc>
        <w:tc>
          <w:tcPr>
            <w:tcW w:w="1560" w:type="dxa"/>
          </w:tcPr>
          <w:p w14:paraId="2E0FB236" w14:textId="4AE32700" w:rsidR="00C64B77" w:rsidRDefault="00C64B77" w:rsidP="00C64B77">
            <w:r w:rsidRPr="001970CF">
              <w:t>DR. ÖĞR. ÜYESİ NÜ**** KA***</w:t>
            </w:r>
          </w:p>
        </w:tc>
      </w:tr>
      <w:tr w:rsidR="00C64B77" w14:paraId="050305EE" w14:textId="77777777">
        <w:tc>
          <w:tcPr>
            <w:tcW w:w="1560" w:type="dxa"/>
          </w:tcPr>
          <w:p w14:paraId="1B5F5323" w14:textId="77777777" w:rsidR="00C64B77" w:rsidRDefault="00C64B77" w:rsidP="00C64B77">
            <w:pPr>
              <w:jc w:val="center"/>
            </w:pPr>
            <w:r>
              <w:t>26*****35</w:t>
            </w:r>
          </w:p>
        </w:tc>
        <w:tc>
          <w:tcPr>
            <w:tcW w:w="1560" w:type="dxa"/>
          </w:tcPr>
          <w:p w14:paraId="33052328" w14:textId="77777777" w:rsidR="00C64B77" w:rsidRDefault="00C64B77" w:rsidP="00C64B77">
            <w:r>
              <w:t>İK**** ÜR****</w:t>
            </w:r>
          </w:p>
        </w:tc>
        <w:tc>
          <w:tcPr>
            <w:tcW w:w="1560" w:type="dxa"/>
          </w:tcPr>
          <w:p w14:paraId="67228D45" w14:textId="35A8A372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339284CE" w14:textId="77777777" w:rsidR="00C64B77" w:rsidRDefault="00C64B77" w:rsidP="00C64B77">
            <w:pPr>
              <w:jc w:val="center"/>
            </w:pPr>
            <w:r>
              <w:t>24*****39</w:t>
            </w:r>
          </w:p>
        </w:tc>
        <w:tc>
          <w:tcPr>
            <w:tcW w:w="1560" w:type="dxa"/>
          </w:tcPr>
          <w:p w14:paraId="16FDAC87" w14:textId="77777777" w:rsidR="00C64B77" w:rsidRDefault="00C64B77" w:rsidP="00C64B77">
            <w:r>
              <w:t>BE**** AY****</w:t>
            </w:r>
          </w:p>
        </w:tc>
        <w:tc>
          <w:tcPr>
            <w:tcW w:w="1560" w:type="dxa"/>
          </w:tcPr>
          <w:p w14:paraId="1CD07AC8" w14:textId="6EEACC85" w:rsidR="00C64B77" w:rsidRDefault="00C64B77" w:rsidP="00C64B77">
            <w:r w:rsidRPr="001970CF">
              <w:t>DR. ÖĞR. ÜYESİ NÜ**** KA***</w:t>
            </w:r>
          </w:p>
        </w:tc>
      </w:tr>
      <w:tr w:rsidR="00C64B77" w14:paraId="30F9C446" w14:textId="77777777">
        <w:tc>
          <w:tcPr>
            <w:tcW w:w="1560" w:type="dxa"/>
          </w:tcPr>
          <w:p w14:paraId="60072292" w14:textId="77777777" w:rsidR="00C64B77" w:rsidRDefault="00C64B77" w:rsidP="00C64B77">
            <w:pPr>
              <w:jc w:val="center"/>
            </w:pPr>
            <w:r>
              <w:t>26*****36</w:t>
            </w:r>
          </w:p>
        </w:tc>
        <w:tc>
          <w:tcPr>
            <w:tcW w:w="1560" w:type="dxa"/>
          </w:tcPr>
          <w:p w14:paraId="0CC63434" w14:textId="77777777" w:rsidR="00C64B77" w:rsidRDefault="00C64B77" w:rsidP="00C64B77">
            <w:r>
              <w:t>HI**** BO****</w:t>
            </w:r>
          </w:p>
        </w:tc>
        <w:tc>
          <w:tcPr>
            <w:tcW w:w="1560" w:type="dxa"/>
          </w:tcPr>
          <w:p w14:paraId="2ACD575B" w14:textId="36360F3E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229CF4D5" w14:textId="77777777" w:rsidR="00C64B77" w:rsidRDefault="00C64B77" w:rsidP="00C64B77">
            <w:pPr>
              <w:jc w:val="center"/>
            </w:pPr>
            <w:r>
              <w:t>24*****14</w:t>
            </w:r>
          </w:p>
        </w:tc>
        <w:tc>
          <w:tcPr>
            <w:tcW w:w="1560" w:type="dxa"/>
          </w:tcPr>
          <w:p w14:paraId="7A6960BF" w14:textId="77777777" w:rsidR="00C64B77" w:rsidRDefault="00C64B77" w:rsidP="00C64B77">
            <w:r>
              <w:t>BÜ**** AY****</w:t>
            </w:r>
          </w:p>
        </w:tc>
        <w:tc>
          <w:tcPr>
            <w:tcW w:w="1560" w:type="dxa"/>
          </w:tcPr>
          <w:p w14:paraId="37B189A1" w14:textId="77FA94C1" w:rsidR="00C64B77" w:rsidRDefault="00C64B77" w:rsidP="00C64B77">
            <w:r w:rsidRPr="001970CF">
              <w:t>DR. ÖĞR. ÜYESİ NÜ**** KA***</w:t>
            </w:r>
          </w:p>
        </w:tc>
      </w:tr>
      <w:tr w:rsidR="00C64B77" w14:paraId="726F87CA" w14:textId="77777777">
        <w:tc>
          <w:tcPr>
            <w:tcW w:w="1560" w:type="dxa"/>
          </w:tcPr>
          <w:p w14:paraId="78EB82A6" w14:textId="77777777" w:rsidR="00C64B77" w:rsidRDefault="00C64B77" w:rsidP="00C64B77">
            <w:pPr>
              <w:jc w:val="center"/>
            </w:pPr>
            <w:r>
              <w:t>26*****37</w:t>
            </w:r>
          </w:p>
        </w:tc>
        <w:tc>
          <w:tcPr>
            <w:tcW w:w="1560" w:type="dxa"/>
          </w:tcPr>
          <w:p w14:paraId="7E00169B" w14:textId="77777777" w:rsidR="00C64B77" w:rsidRDefault="00C64B77" w:rsidP="00C64B77">
            <w:r>
              <w:t>ZE**** NU**** ÖZ****</w:t>
            </w:r>
          </w:p>
        </w:tc>
        <w:tc>
          <w:tcPr>
            <w:tcW w:w="1560" w:type="dxa"/>
          </w:tcPr>
          <w:p w14:paraId="647045B2" w14:textId="2385F06D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422EB493" w14:textId="77777777" w:rsidR="00C64B77" w:rsidRDefault="00C64B77" w:rsidP="00C64B77">
            <w:pPr>
              <w:jc w:val="center"/>
            </w:pPr>
            <w:r>
              <w:t>24*****06</w:t>
            </w:r>
          </w:p>
        </w:tc>
        <w:tc>
          <w:tcPr>
            <w:tcW w:w="1560" w:type="dxa"/>
          </w:tcPr>
          <w:p w14:paraId="14D24F5C" w14:textId="77777777" w:rsidR="00C64B77" w:rsidRDefault="00C64B77" w:rsidP="00C64B77">
            <w:r>
              <w:t>BÜ**** GÜ**** OR****</w:t>
            </w:r>
          </w:p>
        </w:tc>
        <w:tc>
          <w:tcPr>
            <w:tcW w:w="1560" w:type="dxa"/>
          </w:tcPr>
          <w:p w14:paraId="633B3BBC" w14:textId="52F8F29A" w:rsidR="00C64B77" w:rsidRDefault="00C64B77" w:rsidP="00C64B77">
            <w:r w:rsidRPr="001970CF">
              <w:t>DR. ÖĞR. ÜYESİ NÜ**** KA***</w:t>
            </w:r>
          </w:p>
        </w:tc>
      </w:tr>
      <w:tr w:rsidR="00C64B77" w14:paraId="19600B0A" w14:textId="77777777">
        <w:tc>
          <w:tcPr>
            <w:tcW w:w="1560" w:type="dxa"/>
          </w:tcPr>
          <w:p w14:paraId="3BB9512F" w14:textId="77777777" w:rsidR="00C64B77" w:rsidRDefault="00C64B77" w:rsidP="00C64B77">
            <w:pPr>
              <w:jc w:val="center"/>
            </w:pPr>
            <w:r>
              <w:t>26*****38</w:t>
            </w:r>
          </w:p>
        </w:tc>
        <w:tc>
          <w:tcPr>
            <w:tcW w:w="1560" w:type="dxa"/>
          </w:tcPr>
          <w:p w14:paraId="4F6C5B34" w14:textId="77777777" w:rsidR="00C64B77" w:rsidRDefault="00C64B77" w:rsidP="00C64B77">
            <w:r>
              <w:t xml:space="preserve">FI**** GÜ**** </w:t>
            </w:r>
            <w:r>
              <w:lastRenderedPageBreak/>
              <w:t>OK****</w:t>
            </w:r>
          </w:p>
        </w:tc>
        <w:tc>
          <w:tcPr>
            <w:tcW w:w="1560" w:type="dxa"/>
          </w:tcPr>
          <w:p w14:paraId="0AF3BFA6" w14:textId="65A0E0DA" w:rsidR="00C64B77" w:rsidRDefault="00C64B77" w:rsidP="00C64B77">
            <w:r>
              <w:lastRenderedPageBreak/>
              <w:t xml:space="preserve">ÖĞR. GÖR. </w:t>
            </w:r>
            <w:r>
              <w:lastRenderedPageBreak/>
              <w:t>SE***** ER*** AS*****</w:t>
            </w:r>
          </w:p>
        </w:tc>
        <w:tc>
          <w:tcPr>
            <w:tcW w:w="1560" w:type="dxa"/>
          </w:tcPr>
          <w:p w14:paraId="440BEA0B" w14:textId="77777777" w:rsidR="00C64B77" w:rsidRDefault="00C64B77" w:rsidP="00C64B77">
            <w:pPr>
              <w:jc w:val="center"/>
            </w:pPr>
            <w:r>
              <w:lastRenderedPageBreak/>
              <w:t>24*****25</w:t>
            </w:r>
          </w:p>
        </w:tc>
        <w:tc>
          <w:tcPr>
            <w:tcW w:w="1560" w:type="dxa"/>
          </w:tcPr>
          <w:p w14:paraId="181E7E51" w14:textId="77777777" w:rsidR="00C64B77" w:rsidRDefault="00C64B77" w:rsidP="00C64B77">
            <w:r>
              <w:t xml:space="preserve">BÜ**** </w:t>
            </w:r>
            <w:r>
              <w:lastRenderedPageBreak/>
              <w:t>ME****</w:t>
            </w:r>
          </w:p>
        </w:tc>
        <w:tc>
          <w:tcPr>
            <w:tcW w:w="1560" w:type="dxa"/>
          </w:tcPr>
          <w:p w14:paraId="64E0A67E" w14:textId="4E20C22D" w:rsidR="00C64B77" w:rsidRDefault="00C64B77" w:rsidP="00C64B77">
            <w:r w:rsidRPr="001970CF">
              <w:lastRenderedPageBreak/>
              <w:t xml:space="preserve">DR. ÖĞR. </w:t>
            </w:r>
            <w:r w:rsidRPr="001970CF">
              <w:lastRenderedPageBreak/>
              <w:t>ÜYESİ NÜ**** KA***</w:t>
            </w:r>
          </w:p>
        </w:tc>
      </w:tr>
      <w:tr w:rsidR="00C64B77" w14:paraId="17723FD4" w14:textId="77777777">
        <w:tc>
          <w:tcPr>
            <w:tcW w:w="1560" w:type="dxa"/>
          </w:tcPr>
          <w:p w14:paraId="14943B41" w14:textId="77777777" w:rsidR="00C64B77" w:rsidRDefault="00C64B77" w:rsidP="00C64B77">
            <w:pPr>
              <w:jc w:val="center"/>
            </w:pPr>
            <w:r>
              <w:lastRenderedPageBreak/>
              <w:t>26*****39</w:t>
            </w:r>
          </w:p>
        </w:tc>
        <w:tc>
          <w:tcPr>
            <w:tcW w:w="1560" w:type="dxa"/>
          </w:tcPr>
          <w:p w14:paraId="15B1DE12" w14:textId="77777777" w:rsidR="00C64B77" w:rsidRDefault="00C64B77" w:rsidP="00C64B77">
            <w:r>
              <w:t>AY**** GÜ****</w:t>
            </w:r>
          </w:p>
        </w:tc>
        <w:tc>
          <w:tcPr>
            <w:tcW w:w="1560" w:type="dxa"/>
          </w:tcPr>
          <w:p w14:paraId="63A10784" w14:textId="1F6464DD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33AA4EE3" w14:textId="77777777" w:rsidR="00C64B77" w:rsidRDefault="00C64B77" w:rsidP="00C64B77">
            <w:pPr>
              <w:jc w:val="center"/>
            </w:pPr>
            <w:r>
              <w:t>24*****63</w:t>
            </w:r>
          </w:p>
        </w:tc>
        <w:tc>
          <w:tcPr>
            <w:tcW w:w="1560" w:type="dxa"/>
          </w:tcPr>
          <w:p w14:paraId="27A11E94" w14:textId="77777777" w:rsidR="00C64B77" w:rsidRDefault="00C64B77" w:rsidP="00C64B77">
            <w:r>
              <w:t>Çİ**** SO****</w:t>
            </w:r>
          </w:p>
        </w:tc>
        <w:tc>
          <w:tcPr>
            <w:tcW w:w="1560" w:type="dxa"/>
          </w:tcPr>
          <w:p w14:paraId="6B1ECB83" w14:textId="219D0B9E" w:rsidR="00C64B77" w:rsidRDefault="00C64B77" w:rsidP="00C64B77">
            <w:r w:rsidRPr="001970CF">
              <w:t>DR. ÖĞR. ÜYESİ NÜ**** KA***</w:t>
            </w:r>
          </w:p>
        </w:tc>
      </w:tr>
      <w:tr w:rsidR="00C64B77" w14:paraId="72D72CFD" w14:textId="77777777">
        <w:tc>
          <w:tcPr>
            <w:tcW w:w="1560" w:type="dxa"/>
          </w:tcPr>
          <w:p w14:paraId="15075666" w14:textId="77777777" w:rsidR="00C64B77" w:rsidRDefault="00C64B77" w:rsidP="00C64B77">
            <w:pPr>
              <w:jc w:val="center"/>
            </w:pPr>
            <w:r>
              <w:t>26*****40</w:t>
            </w:r>
          </w:p>
        </w:tc>
        <w:tc>
          <w:tcPr>
            <w:tcW w:w="1560" w:type="dxa"/>
          </w:tcPr>
          <w:p w14:paraId="558A4B3D" w14:textId="77777777" w:rsidR="00C64B77" w:rsidRDefault="00C64B77" w:rsidP="00C64B77">
            <w:r>
              <w:t>EY**** KA****</w:t>
            </w:r>
          </w:p>
        </w:tc>
        <w:tc>
          <w:tcPr>
            <w:tcW w:w="1560" w:type="dxa"/>
          </w:tcPr>
          <w:p w14:paraId="3575483D" w14:textId="70B43185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6F612745" w14:textId="77777777" w:rsidR="00C64B77" w:rsidRDefault="00C64B77" w:rsidP="00C64B77">
            <w:pPr>
              <w:jc w:val="center"/>
            </w:pPr>
            <w:r>
              <w:t>24*****27</w:t>
            </w:r>
          </w:p>
        </w:tc>
        <w:tc>
          <w:tcPr>
            <w:tcW w:w="1560" w:type="dxa"/>
          </w:tcPr>
          <w:p w14:paraId="7D2C7D78" w14:textId="77777777" w:rsidR="00C64B77" w:rsidRDefault="00C64B77" w:rsidP="00C64B77">
            <w:r>
              <w:t>Dİ**** UZ****</w:t>
            </w:r>
          </w:p>
        </w:tc>
        <w:tc>
          <w:tcPr>
            <w:tcW w:w="1560" w:type="dxa"/>
          </w:tcPr>
          <w:p w14:paraId="2ED66B17" w14:textId="69063B0D" w:rsidR="00C64B77" w:rsidRDefault="00C64B77" w:rsidP="00C64B77">
            <w:r w:rsidRPr="001970CF">
              <w:t>DR. ÖĞR. ÜYESİ NÜ**** KA***</w:t>
            </w:r>
          </w:p>
        </w:tc>
      </w:tr>
      <w:tr w:rsidR="00C64B77" w14:paraId="3EA9C68E" w14:textId="77777777">
        <w:tc>
          <w:tcPr>
            <w:tcW w:w="1560" w:type="dxa"/>
          </w:tcPr>
          <w:p w14:paraId="43E5EBBB" w14:textId="77777777" w:rsidR="00C64B77" w:rsidRDefault="00C64B77" w:rsidP="00C64B77">
            <w:pPr>
              <w:jc w:val="center"/>
            </w:pPr>
            <w:r>
              <w:t>26*****41</w:t>
            </w:r>
          </w:p>
        </w:tc>
        <w:tc>
          <w:tcPr>
            <w:tcW w:w="1560" w:type="dxa"/>
          </w:tcPr>
          <w:p w14:paraId="66914E81" w14:textId="77777777" w:rsidR="00C64B77" w:rsidRDefault="00C64B77" w:rsidP="00C64B77">
            <w:r>
              <w:t>CE**** CI****</w:t>
            </w:r>
          </w:p>
        </w:tc>
        <w:tc>
          <w:tcPr>
            <w:tcW w:w="1560" w:type="dxa"/>
          </w:tcPr>
          <w:p w14:paraId="6F7DA871" w14:textId="28BD6D07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42B3E160" w14:textId="77777777" w:rsidR="00C64B77" w:rsidRDefault="00C64B77" w:rsidP="00C64B77">
            <w:pPr>
              <w:jc w:val="center"/>
            </w:pPr>
            <w:r>
              <w:t>24*****57</w:t>
            </w:r>
          </w:p>
        </w:tc>
        <w:tc>
          <w:tcPr>
            <w:tcW w:w="1560" w:type="dxa"/>
          </w:tcPr>
          <w:p w14:paraId="09D9F020" w14:textId="77777777" w:rsidR="00C64B77" w:rsidRDefault="00C64B77" w:rsidP="00C64B77">
            <w:r>
              <w:t>DU**** AK****</w:t>
            </w:r>
          </w:p>
        </w:tc>
        <w:tc>
          <w:tcPr>
            <w:tcW w:w="1560" w:type="dxa"/>
          </w:tcPr>
          <w:p w14:paraId="08DDC3B6" w14:textId="3B2BBC36" w:rsidR="00C64B77" w:rsidRDefault="00C64B77" w:rsidP="00C64B77">
            <w:r w:rsidRPr="001970CF">
              <w:t>DR. ÖĞR. ÜYESİ NÜ**** KA***</w:t>
            </w:r>
          </w:p>
        </w:tc>
      </w:tr>
      <w:tr w:rsidR="00C64B77" w14:paraId="3F08AE2E" w14:textId="77777777">
        <w:tc>
          <w:tcPr>
            <w:tcW w:w="1560" w:type="dxa"/>
          </w:tcPr>
          <w:p w14:paraId="1232FA39" w14:textId="77777777" w:rsidR="00C64B77" w:rsidRDefault="00C64B77" w:rsidP="00C64B77">
            <w:pPr>
              <w:jc w:val="center"/>
            </w:pPr>
            <w:r>
              <w:t>26*****42</w:t>
            </w:r>
          </w:p>
        </w:tc>
        <w:tc>
          <w:tcPr>
            <w:tcW w:w="1560" w:type="dxa"/>
          </w:tcPr>
          <w:p w14:paraId="48B61EDE" w14:textId="77777777" w:rsidR="00C64B77" w:rsidRDefault="00C64B77" w:rsidP="00C64B77">
            <w:r>
              <w:t>EV**** KI****</w:t>
            </w:r>
          </w:p>
        </w:tc>
        <w:tc>
          <w:tcPr>
            <w:tcW w:w="1560" w:type="dxa"/>
          </w:tcPr>
          <w:p w14:paraId="0DCB1367" w14:textId="6CA87F5B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42B40759" w14:textId="77777777" w:rsidR="00C64B77" w:rsidRDefault="00C64B77" w:rsidP="00C64B77">
            <w:pPr>
              <w:jc w:val="center"/>
            </w:pPr>
            <w:r>
              <w:t>24*****26</w:t>
            </w:r>
          </w:p>
        </w:tc>
        <w:tc>
          <w:tcPr>
            <w:tcW w:w="1560" w:type="dxa"/>
          </w:tcPr>
          <w:p w14:paraId="0F8AAC43" w14:textId="77777777" w:rsidR="00C64B77" w:rsidRDefault="00C64B77" w:rsidP="00C64B77">
            <w:r>
              <w:t>EB**** AC****</w:t>
            </w:r>
          </w:p>
        </w:tc>
        <w:tc>
          <w:tcPr>
            <w:tcW w:w="1560" w:type="dxa"/>
          </w:tcPr>
          <w:p w14:paraId="55FF5264" w14:textId="0FA86E6E" w:rsidR="00C64B77" w:rsidRDefault="00C64B77" w:rsidP="00C64B77">
            <w:r w:rsidRPr="001970CF">
              <w:t>DR. ÖĞR. ÜYESİ NÜ**** KA***</w:t>
            </w:r>
          </w:p>
        </w:tc>
      </w:tr>
      <w:tr w:rsidR="00C64B77" w14:paraId="7C05E68D" w14:textId="77777777">
        <w:tc>
          <w:tcPr>
            <w:tcW w:w="1560" w:type="dxa"/>
          </w:tcPr>
          <w:p w14:paraId="4B0EEB1C" w14:textId="77777777" w:rsidR="00C64B77" w:rsidRDefault="00C64B77" w:rsidP="00C64B77">
            <w:pPr>
              <w:jc w:val="center"/>
            </w:pPr>
            <w:r>
              <w:t>26*****43</w:t>
            </w:r>
          </w:p>
        </w:tc>
        <w:tc>
          <w:tcPr>
            <w:tcW w:w="1560" w:type="dxa"/>
          </w:tcPr>
          <w:p w14:paraId="165E6731" w14:textId="77777777" w:rsidR="00C64B77" w:rsidRDefault="00C64B77" w:rsidP="00C64B77">
            <w:r>
              <w:t>EB**** NU**** KO****</w:t>
            </w:r>
          </w:p>
        </w:tc>
        <w:tc>
          <w:tcPr>
            <w:tcW w:w="1560" w:type="dxa"/>
          </w:tcPr>
          <w:p w14:paraId="3EA98A5C" w14:textId="2840671F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092DB0CF" w14:textId="77777777" w:rsidR="00C64B77" w:rsidRDefault="00C64B77" w:rsidP="00C64B77">
            <w:pPr>
              <w:jc w:val="center"/>
            </w:pPr>
            <w:r>
              <w:t>24*****65</w:t>
            </w:r>
          </w:p>
        </w:tc>
        <w:tc>
          <w:tcPr>
            <w:tcW w:w="1560" w:type="dxa"/>
          </w:tcPr>
          <w:p w14:paraId="38E4B052" w14:textId="77777777" w:rsidR="00C64B77" w:rsidRDefault="00C64B77" w:rsidP="00C64B77">
            <w:r>
              <w:t>EB**** SA****</w:t>
            </w:r>
          </w:p>
        </w:tc>
        <w:tc>
          <w:tcPr>
            <w:tcW w:w="1560" w:type="dxa"/>
          </w:tcPr>
          <w:p w14:paraId="384CF954" w14:textId="02119540" w:rsidR="00C64B77" w:rsidRDefault="00C64B77" w:rsidP="00C64B77">
            <w:r w:rsidRPr="001970CF">
              <w:t>DR. ÖĞR. ÜYESİ NÜ**** KA***</w:t>
            </w:r>
          </w:p>
        </w:tc>
      </w:tr>
      <w:tr w:rsidR="00C64B77" w14:paraId="49ADE1A4" w14:textId="77777777">
        <w:tc>
          <w:tcPr>
            <w:tcW w:w="1560" w:type="dxa"/>
          </w:tcPr>
          <w:p w14:paraId="096AA3AA" w14:textId="77777777" w:rsidR="00C64B77" w:rsidRDefault="00C64B77" w:rsidP="00C64B77">
            <w:pPr>
              <w:jc w:val="center"/>
            </w:pPr>
            <w:r>
              <w:t>26*****44</w:t>
            </w:r>
          </w:p>
        </w:tc>
        <w:tc>
          <w:tcPr>
            <w:tcW w:w="1560" w:type="dxa"/>
          </w:tcPr>
          <w:p w14:paraId="5B156E93" w14:textId="77777777" w:rsidR="00C64B77" w:rsidRDefault="00C64B77" w:rsidP="00C64B77">
            <w:r>
              <w:t>TE**** YA****</w:t>
            </w:r>
          </w:p>
        </w:tc>
        <w:tc>
          <w:tcPr>
            <w:tcW w:w="1560" w:type="dxa"/>
          </w:tcPr>
          <w:p w14:paraId="603FD19F" w14:textId="5D52BD8A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0B59A0E6" w14:textId="77777777" w:rsidR="00C64B77" w:rsidRDefault="00C64B77" w:rsidP="00C64B77">
            <w:pPr>
              <w:jc w:val="center"/>
            </w:pPr>
            <w:r>
              <w:t>24*****03</w:t>
            </w:r>
          </w:p>
        </w:tc>
        <w:tc>
          <w:tcPr>
            <w:tcW w:w="1560" w:type="dxa"/>
          </w:tcPr>
          <w:p w14:paraId="087E4CC2" w14:textId="77777777" w:rsidR="00C64B77" w:rsidRDefault="00C64B77" w:rsidP="00C64B77">
            <w:r>
              <w:t>EL**** GÜ****</w:t>
            </w:r>
          </w:p>
        </w:tc>
        <w:tc>
          <w:tcPr>
            <w:tcW w:w="1560" w:type="dxa"/>
          </w:tcPr>
          <w:p w14:paraId="7053609A" w14:textId="04DC0978" w:rsidR="00C64B77" w:rsidRDefault="00C64B77" w:rsidP="00C64B77">
            <w:r w:rsidRPr="001970CF">
              <w:t>DR. ÖĞR. ÜYESİ NÜ**** KA***</w:t>
            </w:r>
          </w:p>
        </w:tc>
      </w:tr>
      <w:tr w:rsidR="00C64B77" w14:paraId="53DF32D7" w14:textId="77777777">
        <w:tc>
          <w:tcPr>
            <w:tcW w:w="1560" w:type="dxa"/>
          </w:tcPr>
          <w:p w14:paraId="2EB6276C" w14:textId="77777777" w:rsidR="00C64B77" w:rsidRDefault="00C64B77" w:rsidP="00C64B77">
            <w:pPr>
              <w:jc w:val="center"/>
            </w:pPr>
            <w:r>
              <w:t>26*****45</w:t>
            </w:r>
          </w:p>
        </w:tc>
        <w:tc>
          <w:tcPr>
            <w:tcW w:w="1560" w:type="dxa"/>
          </w:tcPr>
          <w:p w14:paraId="1D1321B8" w14:textId="77777777" w:rsidR="00C64B77" w:rsidRDefault="00C64B77" w:rsidP="00C64B77">
            <w:r>
              <w:t>FA**** NU**** DI****</w:t>
            </w:r>
          </w:p>
        </w:tc>
        <w:tc>
          <w:tcPr>
            <w:tcW w:w="1560" w:type="dxa"/>
          </w:tcPr>
          <w:p w14:paraId="02014E43" w14:textId="0527640F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07241F95" w14:textId="77777777" w:rsidR="00C64B77" w:rsidRDefault="00C64B77" w:rsidP="00C64B77">
            <w:pPr>
              <w:jc w:val="center"/>
            </w:pPr>
            <w:r>
              <w:t>24*****60</w:t>
            </w:r>
          </w:p>
        </w:tc>
        <w:tc>
          <w:tcPr>
            <w:tcW w:w="1560" w:type="dxa"/>
          </w:tcPr>
          <w:p w14:paraId="0FDC564D" w14:textId="77777777" w:rsidR="00C64B77" w:rsidRDefault="00C64B77" w:rsidP="00C64B77">
            <w:r>
              <w:t>EL**** İK**** AK****</w:t>
            </w:r>
          </w:p>
        </w:tc>
        <w:tc>
          <w:tcPr>
            <w:tcW w:w="1560" w:type="dxa"/>
          </w:tcPr>
          <w:p w14:paraId="12E770CD" w14:textId="7AEB06FD" w:rsidR="00C64B77" w:rsidRDefault="00C64B77" w:rsidP="00C64B77">
            <w:r w:rsidRPr="001970CF">
              <w:t>DR. ÖĞR. ÜYESİ NÜ**** KA***</w:t>
            </w:r>
          </w:p>
        </w:tc>
      </w:tr>
      <w:tr w:rsidR="00C64B77" w14:paraId="70C572CC" w14:textId="77777777">
        <w:tc>
          <w:tcPr>
            <w:tcW w:w="1560" w:type="dxa"/>
          </w:tcPr>
          <w:p w14:paraId="34AE3371" w14:textId="77777777" w:rsidR="00C64B77" w:rsidRDefault="00C64B77" w:rsidP="00C64B77">
            <w:pPr>
              <w:jc w:val="center"/>
            </w:pPr>
            <w:r>
              <w:t>26*****46</w:t>
            </w:r>
          </w:p>
        </w:tc>
        <w:tc>
          <w:tcPr>
            <w:tcW w:w="1560" w:type="dxa"/>
          </w:tcPr>
          <w:p w14:paraId="19F8434E" w14:textId="77777777" w:rsidR="00C64B77" w:rsidRDefault="00C64B77" w:rsidP="00C64B77">
            <w:r>
              <w:t>SI**** NU**** KE****</w:t>
            </w:r>
          </w:p>
        </w:tc>
        <w:tc>
          <w:tcPr>
            <w:tcW w:w="1560" w:type="dxa"/>
          </w:tcPr>
          <w:p w14:paraId="643AC53A" w14:textId="501D244A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3DAD1D42" w14:textId="77777777" w:rsidR="00C64B77" w:rsidRDefault="00C64B77" w:rsidP="00C64B77">
            <w:pPr>
              <w:jc w:val="center"/>
            </w:pPr>
            <w:r>
              <w:t>24*****45</w:t>
            </w:r>
          </w:p>
        </w:tc>
        <w:tc>
          <w:tcPr>
            <w:tcW w:w="1560" w:type="dxa"/>
          </w:tcPr>
          <w:p w14:paraId="354848FD" w14:textId="77777777" w:rsidR="00C64B77" w:rsidRDefault="00C64B77" w:rsidP="00C64B77">
            <w:r>
              <w:t>ER**** AY****</w:t>
            </w:r>
          </w:p>
        </w:tc>
        <w:tc>
          <w:tcPr>
            <w:tcW w:w="1560" w:type="dxa"/>
          </w:tcPr>
          <w:p w14:paraId="3124EDD9" w14:textId="08B27FC6" w:rsidR="00C64B77" w:rsidRDefault="00C64B77" w:rsidP="00C64B77">
            <w:r w:rsidRPr="001970CF">
              <w:t>DR. ÖĞR. ÜYESİ NÜ**** KA***</w:t>
            </w:r>
          </w:p>
        </w:tc>
      </w:tr>
      <w:tr w:rsidR="00C64B77" w14:paraId="257C6D7F" w14:textId="77777777">
        <w:tc>
          <w:tcPr>
            <w:tcW w:w="1560" w:type="dxa"/>
          </w:tcPr>
          <w:p w14:paraId="61D1FB90" w14:textId="77777777" w:rsidR="00C64B77" w:rsidRDefault="00C64B77" w:rsidP="00C64B77">
            <w:pPr>
              <w:jc w:val="center"/>
            </w:pPr>
            <w:r>
              <w:t>26*****47</w:t>
            </w:r>
          </w:p>
        </w:tc>
        <w:tc>
          <w:tcPr>
            <w:tcW w:w="1560" w:type="dxa"/>
          </w:tcPr>
          <w:p w14:paraId="4FAC9C1A" w14:textId="77777777" w:rsidR="00C64B77" w:rsidRDefault="00C64B77" w:rsidP="00C64B77">
            <w:r>
              <w:t>ME**** RA**** AR****</w:t>
            </w:r>
          </w:p>
        </w:tc>
        <w:tc>
          <w:tcPr>
            <w:tcW w:w="1560" w:type="dxa"/>
          </w:tcPr>
          <w:p w14:paraId="2BED74A7" w14:textId="624C1ACA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4FA0F106" w14:textId="77777777" w:rsidR="00C64B77" w:rsidRDefault="00C64B77" w:rsidP="00C64B77">
            <w:pPr>
              <w:jc w:val="center"/>
            </w:pPr>
            <w:r>
              <w:t>24*****50</w:t>
            </w:r>
          </w:p>
        </w:tc>
        <w:tc>
          <w:tcPr>
            <w:tcW w:w="1560" w:type="dxa"/>
          </w:tcPr>
          <w:p w14:paraId="6C4B6285" w14:textId="77777777" w:rsidR="00C64B77" w:rsidRDefault="00C64B77" w:rsidP="00C64B77">
            <w:r>
              <w:t>ES**** KO****</w:t>
            </w:r>
          </w:p>
        </w:tc>
        <w:tc>
          <w:tcPr>
            <w:tcW w:w="1560" w:type="dxa"/>
          </w:tcPr>
          <w:p w14:paraId="230F8560" w14:textId="1E9257D4" w:rsidR="00C64B77" w:rsidRDefault="00C64B77" w:rsidP="00C64B77">
            <w:r w:rsidRPr="001970CF">
              <w:t>DR. ÖĞR. ÜYESİ NÜ**** KA***</w:t>
            </w:r>
          </w:p>
        </w:tc>
      </w:tr>
      <w:tr w:rsidR="00C64B77" w14:paraId="730ED17B" w14:textId="77777777">
        <w:tc>
          <w:tcPr>
            <w:tcW w:w="1560" w:type="dxa"/>
          </w:tcPr>
          <w:p w14:paraId="31816EC3" w14:textId="77777777" w:rsidR="00C64B77" w:rsidRDefault="00C64B77" w:rsidP="00C64B77">
            <w:pPr>
              <w:jc w:val="center"/>
            </w:pPr>
            <w:r>
              <w:t>26*****48</w:t>
            </w:r>
          </w:p>
        </w:tc>
        <w:tc>
          <w:tcPr>
            <w:tcW w:w="1560" w:type="dxa"/>
          </w:tcPr>
          <w:p w14:paraId="4D830F92" w14:textId="77777777" w:rsidR="00C64B77" w:rsidRDefault="00C64B77" w:rsidP="00C64B77">
            <w:r>
              <w:t>YU**** SÜ****</w:t>
            </w:r>
          </w:p>
        </w:tc>
        <w:tc>
          <w:tcPr>
            <w:tcW w:w="1560" w:type="dxa"/>
          </w:tcPr>
          <w:p w14:paraId="37F940FC" w14:textId="49C73E29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703EE16E" w14:textId="77777777" w:rsidR="00C64B77" w:rsidRDefault="00C64B77" w:rsidP="00C64B77">
            <w:pPr>
              <w:jc w:val="center"/>
            </w:pPr>
            <w:r>
              <w:t>24*****32</w:t>
            </w:r>
          </w:p>
        </w:tc>
        <w:tc>
          <w:tcPr>
            <w:tcW w:w="1560" w:type="dxa"/>
          </w:tcPr>
          <w:p w14:paraId="375B29A7" w14:textId="77777777" w:rsidR="00C64B77" w:rsidRDefault="00C64B77" w:rsidP="00C64B77">
            <w:r>
              <w:t>ES**** NU**** YI****</w:t>
            </w:r>
          </w:p>
        </w:tc>
        <w:tc>
          <w:tcPr>
            <w:tcW w:w="1560" w:type="dxa"/>
          </w:tcPr>
          <w:p w14:paraId="3F59CCB3" w14:textId="0B82D48E" w:rsidR="00C64B77" w:rsidRDefault="00C64B77" w:rsidP="00C64B77">
            <w:r w:rsidRPr="001970CF">
              <w:t>DR. ÖĞR. ÜYESİ NÜ**** KA***</w:t>
            </w:r>
          </w:p>
        </w:tc>
      </w:tr>
      <w:tr w:rsidR="00C64B77" w14:paraId="57941AAE" w14:textId="77777777">
        <w:tc>
          <w:tcPr>
            <w:tcW w:w="1560" w:type="dxa"/>
          </w:tcPr>
          <w:p w14:paraId="1A874F73" w14:textId="77777777" w:rsidR="00C64B77" w:rsidRDefault="00C64B77" w:rsidP="00C64B77">
            <w:pPr>
              <w:jc w:val="center"/>
            </w:pPr>
            <w:r>
              <w:t>26*****49</w:t>
            </w:r>
          </w:p>
        </w:tc>
        <w:tc>
          <w:tcPr>
            <w:tcW w:w="1560" w:type="dxa"/>
          </w:tcPr>
          <w:p w14:paraId="53FFBAAE" w14:textId="77777777" w:rsidR="00C64B77" w:rsidRDefault="00C64B77" w:rsidP="00C64B77">
            <w:r>
              <w:t>AY**** TE****</w:t>
            </w:r>
          </w:p>
        </w:tc>
        <w:tc>
          <w:tcPr>
            <w:tcW w:w="1560" w:type="dxa"/>
          </w:tcPr>
          <w:p w14:paraId="14A97F21" w14:textId="23ED0223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457EC744" w14:textId="77777777" w:rsidR="00C64B77" w:rsidRDefault="00C64B77" w:rsidP="00C64B77">
            <w:pPr>
              <w:jc w:val="center"/>
            </w:pPr>
            <w:r>
              <w:t>24*****21</w:t>
            </w:r>
          </w:p>
        </w:tc>
        <w:tc>
          <w:tcPr>
            <w:tcW w:w="1560" w:type="dxa"/>
          </w:tcPr>
          <w:p w14:paraId="2BAF50F9" w14:textId="77777777" w:rsidR="00C64B77" w:rsidRDefault="00C64B77" w:rsidP="00C64B77">
            <w:r>
              <w:t>EY**** YA****</w:t>
            </w:r>
          </w:p>
        </w:tc>
        <w:tc>
          <w:tcPr>
            <w:tcW w:w="1560" w:type="dxa"/>
          </w:tcPr>
          <w:p w14:paraId="7FC22F0E" w14:textId="50DCB857" w:rsidR="00C64B77" w:rsidRDefault="00C64B77" w:rsidP="00C64B77">
            <w:r w:rsidRPr="001970CF">
              <w:t>DR. ÖĞR. ÜYESİ NÜ**** KA***</w:t>
            </w:r>
          </w:p>
        </w:tc>
      </w:tr>
      <w:tr w:rsidR="00C64B77" w14:paraId="5A5EE88C" w14:textId="77777777">
        <w:tc>
          <w:tcPr>
            <w:tcW w:w="1560" w:type="dxa"/>
          </w:tcPr>
          <w:p w14:paraId="67D062F2" w14:textId="77777777" w:rsidR="00C64B77" w:rsidRDefault="00C64B77" w:rsidP="00C64B77">
            <w:pPr>
              <w:jc w:val="center"/>
            </w:pPr>
            <w:r>
              <w:t>26*****50</w:t>
            </w:r>
          </w:p>
        </w:tc>
        <w:tc>
          <w:tcPr>
            <w:tcW w:w="1560" w:type="dxa"/>
          </w:tcPr>
          <w:p w14:paraId="4070C0AB" w14:textId="77777777" w:rsidR="00C64B77" w:rsidRDefault="00C64B77" w:rsidP="00C64B77">
            <w:r>
              <w:t>AY**** KA****</w:t>
            </w:r>
          </w:p>
        </w:tc>
        <w:tc>
          <w:tcPr>
            <w:tcW w:w="1560" w:type="dxa"/>
          </w:tcPr>
          <w:p w14:paraId="409C4965" w14:textId="09E21E84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46B88966" w14:textId="77777777" w:rsidR="00C64B77" w:rsidRDefault="00C64B77" w:rsidP="00C64B77">
            <w:pPr>
              <w:jc w:val="center"/>
            </w:pPr>
            <w:r>
              <w:t>24*****18</w:t>
            </w:r>
          </w:p>
        </w:tc>
        <w:tc>
          <w:tcPr>
            <w:tcW w:w="1560" w:type="dxa"/>
          </w:tcPr>
          <w:p w14:paraId="307BE280" w14:textId="77777777" w:rsidR="00C64B77" w:rsidRDefault="00C64B77" w:rsidP="00C64B77">
            <w:r>
              <w:t>FA**** Gİ****</w:t>
            </w:r>
          </w:p>
        </w:tc>
        <w:tc>
          <w:tcPr>
            <w:tcW w:w="1560" w:type="dxa"/>
          </w:tcPr>
          <w:p w14:paraId="1BAD172D" w14:textId="07F96C72" w:rsidR="00C64B77" w:rsidRDefault="00C64B77" w:rsidP="00C64B77">
            <w:r w:rsidRPr="001970CF">
              <w:t>DR. ÖĞR. ÜYESİ NÜ**** KA***</w:t>
            </w:r>
          </w:p>
        </w:tc>
      </w:tr>
      <w:tr w:rsidR="00C64B77" w14:paraId="36140543" w14:textId="77777777">
        <w:tc>
          <w:tcPr>
            <w:tcW w:w="1560" w:type="dxa"/>
          </w:tcPr>
          <w:p w14:paraId="060C1C7A" w14:textId="77777777" w:rsidR="00C64B77" w:rsidRDefault="00C64B77" w:rsidP="00C64B77">
            <w:pPr>
              <w:jc w:val="center"/>
            </w:pPr>
            <w:r>
              <w:t>26*****51</w:t>
            </w:r>
          </w:p>
        </w:tc>
        <w:tc>
          <w:tcPr>
            <w:tcW w:w="1560" w:type="dxa"/>
          </w:tcPr>
          <w:p w14:paraId="19AD3117" w14:textId="77777777" w:rsidR="00C64B77" w:rsidRDefault="00C64B77" w:rsidP="00C64B77">
            <w:r>
              <w:t>GÜ**** NE**** KI****</w:t>
            </w:r>
          </w:p>
        </w:tc>
        <w:tc>
          <w:tcPr>
            <w:tcW w:w="1560" w:type="dxa"/>
          </w:tcPr>
          <w:p w14:paraId="2440FEBF" w14:textId="4DAD2511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6C79B27C" w14:textId="77777777" w:rsidR="00C64B77" w:rsidRDefault="00C64B77" w:rsidP="00C64B77">
            <w:pPr>
              <w:jc w:val="center"/>
            </w:pPr>
            <w:r>
              <w:t>24*****19</w:t>
            </w:r>
          </w:p>
        </w:tc>
        <w:tc>
          <w:tcPr>
            <w:tcW w:w="1560" w:type="dxa"/>
          </w:tcPr>
          <w:p w14:paraId="13C13BBB" w14:textId="77777777" w:rsidR="00C64B77" w:rsidRDefault="00C64B77" w:rsidP="00C64B77">
            <w:r>
              <w:t>FA**** NA**** EK****</w:t>
            </w:r>
          </w:p>
        </w:tc>
        <w:tc>
          <w:tcPr>
            <w:tcW w:w="1560" w:type="dxa"/>
          </w:tcPr>
          <w:p w14:paraId="771D31FF" w14:textId="5E8CD61E" w:rsidR="00C64B77" w:rsidRDefault="00C64B77" w:rsidP="00C64B77">
            <w:r w:rsidRPr="001970CF">
              <w:t>DR. ÖĞR. ÜYESİ NÜ**** KA***</w:t>
            </w:r>
          </w:p>
        </w:tc>
      </w:tr>
      <w:tr w:rsidR="00C64B77" w14:paraId="636DAC94" w14:textId="77777777">
        <w:tc>
          <w:tcPr>
            <w:tcW w:w="1560" w:type="dxa"/>
          </w:tcPr>
          <w:p w14:paraId="391ABE52" w14:textId="77777777" w:rsidR="00C64B77" w:rsidRDefault="00C64B77" w:rsidP="00C64B77">
            <w:pPr>
              <w:jc w:val="center"/>
            </w:pPr>
            <w:r>
              <w:t>26*****52</w:t>
            </w:r>
          </w:p>
        </w:tc>
        <w:tc>
          <w:tcPr>
            <w:tcW w:w="1560" w:type="dxa"/>
          </w:tcPr>
          <w:p w14:paraId="5204279B" w14:textId="77777777" w:rsidR="00C64B77" w:rsidRDefault="00C64B77" w:rsidP="00C64B77">
            <w:r>
              <w:t>EL**** HI****</w:t>
            </w:r>
          </w:p>
        </w:tc>
        <w:tc>
          <w:tcPr>
            <w:tcW w:w="1560" w:type="dxa"/>
          </w:tcPr>
          <w:p w14:paraId="04703AA8" w14:textId="5F372F79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6086EE3C" w14:textId="77777777" w:rsidR="00C64B77" w:rsidRDefault="00C64B77" w:rsidP="00C64B77">
            <w:pPr>
              <w:jc w:val="center"/>
            </w:pPr>
            <w:r>
              <w:t>24*****10</w:t>
            </w:r>
          </w:p>
        </w:tc>
        <w:tc>
          <w:tcPr>
            <w:tcW w:w="1560" w:type="dxa"/>
          </w:tcPr>
          <w:p w14:paraId="336E5E45" w14:textId="77777777" w:rsidR="00C64B77" w:rsidRDefault="00C64B77" w:rsidP="00C64B77">
            <w:r>
              <w:t>FA**** RA**** DE****</w:t>
            </w:r>
          </w:p>
        </w:tc>
        <w:tc>
          <w:tcPr>
            <w:tcW w:w="1560" w:type="dxa"/>
          </w:tcPr>
          <w:p w14:paraId="2C235B2E" w14:textId="64855D6A" w:rsidR="00C64B77" w:rsidRDefault="00C64B77" w:rsidP="00C64B77">
            <w:r w:rsidRPr="001970CF">
              <w:t>DR. ÖĞR. ÜYESİ NÜ**** KA***</w:t>
            </w:r>
          </w:p>
        </w:tc>
      </w:tr>
      <w:tr w:rsidR="00C64B77" w14:paraId="400E38FD" w14:textId="77777777">
        <w:tc>
          <w:tcPr>
            <w:tcW w:w="1560" w:type="dxa"/>
          </w:tcPr>
          <w:p w14:paraId="0182A4CD" w14:textId="77777777" w:rsidR="00C64B77" w:rsidRDefault="00C64B77" w:rsidP="00C64B77">
            <w:pPr>
              <w:jc w:val="center"/>
            </w:pPr>
            <w:r>
              <w:t>26*****53</w:t>
            </w:r>
          </w:p>
        </w:tc>
        <w:tc>
          <w:tcPr>
            <w:tcW w:w="1560" w:type="dxa"/>
          </w:tcPr>
          <w:p w14:paraId="0BF909B1" w14:textId="77777777" w:rsidR="00C64B77" w:rsidRDefault="00C64B77" w:rsidP="00C64B77">
            <w:r>
              <w:t>BÜ**** KA****</w:t>
            </w:r>
          </w:p>
        </w:tc>
        <w:tc>
          <w:tcPr>
            <w:tcW w:w="1560" w:type="dxa"/>
          </w:tcPr>
          <w:p w14:paraId="6BF58E23" w14:textId="27E0E589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465ABAF4" w14:textId="77777777" w:rsidR="00C64B77" w:rsidRDefault="00C64B77" w:rsidP="00C64B77">
            <w:pPr>
              <w:jc w:val="center"/>
            </w:pPr>
            <w:r>
              <w:t>24*****30</w:t>
            </w:r>
          </w:p>
        </w:tc>
        <w:tc>
          <w:tcPr>
            <w:tcW w:w="1560" w:type="dxa"/>
          </w:tcPr>
          <w:p w14:paraId="21C309D2" w14:textId="77777777" w:rsidR="00C64B77" w:rsidRDefault="00C64B77" w:rsidP="00C64B77">
            <w:r>
              <w:t>Gİ**** DE****</w:t>
            </w:r>
          </w:p>
        </w:tc>
        <w:tc>
          <w:tcPr>
            <w:tcW w:w="1560" w:type="dxa"/>
          </w:tcPr>
          <w:p w14:paraId="525C7556" w14:textId="03073D00" w:rsidR="00C64B77" w:rsidRDefault="00C64B77" w:rsidP="00C64B77">
            <w:r w:rsidRPr="001970CF">
              <w:t>DR. ÖĞR. ÜYESİ NÜ**** KA***</w:t>
            </w:r>
          </w:p>
        </w:tc>
      </w:tr>
      <w:tr w:rsidR="00C64B77" w14:paraId="7E3AA8B9" w14:textId="77777777">
        <w:tc>
          <w:tcPr>
            <w:tcW w:w="1560" w:type="dxa"/>
          </w:tcPr>
          <w:p w14:paraId="7CAD0617" w14:textId="77777777" w:rsidR="00C64B77" w:rsidRDefault="00C64B77" w:rsidP="00C64B77">
            <w:pPr>
              <w:jc w:val="center"/>
            </w:pPr>
            <w:r>
              <w:t>26*****54</w:t>
            </w:r>
          </w:p>
        </w:tc>
        <w:tc>
          <w:tcPr>
            <w:tcW w:w="1560" w:type="dxa"/>
          </w:tcPr>
          <w:p w14:paraId="14CFABCD" w14:textId="77777777" w:rsidR="00C64B77" w:rsidRDefault="00C64B77" w:rsidP="00C64B77">
            <w:r>
              <w:t>RA**** ÖZ****</w:t>
            </w:r>
          </w:p>
        </w:tc>
        <w:tc>
          <w:tcPr>
            <w:tcW w:w="1560" w:type="dxa"/>
          </w:tcPr>
          <w:p w14:paraId="7DFE8C4B" w14:textId="222DDD55" w:rsidR="00C64B77" w:rsidRDefault="00C64B77" w:rsidP="00C64B77">
            <w:r>
              <w:t xml:space="preserve">ÖĞR. GÖR. SE***** ER*** </w:t>
            </w:r>
            <w:r>
              <w:lastRenderedPageBreak/>
              <w:t>AS*****</w:t>
            </w:r>
          </w:p>
        </w:tc>
        <w:tc>
          <w:tcPr>
            <w:tcW w:w="1560" w:type="dxa"/>
          </w:tcPr>
          <w:p w14:paraId="29591B9F" w14:textId="77777777" w:rsidR="00C64B77" w:rsidRDefault="00C64B77" w:rsidP="00C64B77">
            <w:pPr>
              <w:jc w:val="center"/>
            </w:pPr>
            <w:r>
              <w:lastRenderedPageBreak/>
              <w:t>24*****24</w:t>
            </w:r>
          </w:p>
        </w:tc>
        <w:tc>
          <w:tcPr>
            <w:tcW w:w="1560" w:type="dxa"/>
          </w:tcPr>
          <w:p w14:paraId="5A857EB3" w14:textId="77777777" w:rsidR="00C64B77" w:rsidRDefault="00C64B77" w:rsidP="00C64B77">
            <w:r>
              <w:t>GÜ**** CA****</w:t>
            </w:r>
          </w:p>
        </w:tc>
        <w:tc>
          <w:tcPr>
            <w:tcW w:w="1560" w:type="dxa"/>
          </w:tcPr>
          <w:p w14:paraId="4E5A6DFF" w14:textId="0DDABC6E" w:rsidR="00C64B77" w:rsidRDefault="00C64B77" w:rsidP="00C64B77">
            <w:r w:rsidRPr="001970CF">
              <w:t xml:space="preserve">DR. ÖĞR. ÜYESİ NÜ**** </w:t>
            </w:r>
            <w:r w:rsidRPr="001970CF">
              <w:lastRenderedPageBreak/>
              <w:t>KA***</w:t>
            </w:r>
          </w:p>
        </w:tc>
      </w:tr>
      <w:tr w:rsidR="00C64B77" w14:paraId="276FF92F" w14:textId="77777777">
        <w:tc>
          <w:tcPr>
            <w:tcW w:w="1560" w:type="dxa"/>
          </w:tcPr>
          <w:p w14:paraId="2B67C049" w14:textId="77777777" w:rsidR="00C64B77" w:rsidRDefault="00C64B77" w:rsidP="00C64B77">
            <w:pPr>
              <w:jc w:val="center"/>
            </w:pPr>
            <w:r>
              <w:lastRenderedPageBreak/>
              <w:t>26*****55</w:t>
            </w:r>
          </w:p>
        </w:tc>
        <w:tc>
          <w:tcPr>
            <w:tcW w:w="1560" w:type="dxa"/>
          </w:tcPr>
          <w:p w14:paraId="46488CC2" w14:textId="77777777" w:rsidR="00C64B77" w:rsidRDefault="00C64B77" w:rsidP="00C64B77">
            <w:r>
              <w:t>DE**** ŞE****</w:t>
            </w:r>
          </w:p>
        </w:tc>
        <w:tc>
          <w:tcPr>
            <w:tcW w:w="1560" w:type="dxa"/>
          </w:tcPr>
          <w:p w14:paraId="684CB8F4" w14:textId="1DD681C7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6260579C" w14:textId="77777777" w:rsidR="00C64B77" w:rsidRDefault="00C64B77" w:rsidP="00C64B77">
            <w:pPr>
              <w:jc w:val="center"/>
            </w:pPr>
            <w:r>
              <w:t>24*****53</w:t>
            </w:r>
          </w:p>
        </w:tc>
        <w:tc>
          <w:tcPr>
            <w:tcW w:w="1560" w:type="dxa"/>
          </w:tcPr>
          <w:p w14:paraId="250DD5E3" w14:textId="77777777" w:rsidR="00C64B77" w:rsidRDefault="00C64B77" w:rsidP="00C64B77">
            <w:r>
              <w:t>GÜ**** KÖ****</w:t>
            </w:r>
          </w:p>
        </w:tc>
        <w:tc>
          <w:tcPr>
            <w:tcW w:w="1560" w:type="dxa"/>
          </w:tcPr>
          <w:p w14:paraId="1ED3339E" w14:textId="69278148" w:rsidR="00C64B77" w:rsidRDefault="00C64B77" w:rsidP="00C64B77">
            <w:r w:rsidRPr="001970CF">
              <w:t>DR. ÖĞR. ÜYESİ NÜ**** KA***</w:t>
            </w:r>
          </w:p>
        </w:tc>
      </w:tr>
      <w:tr w:rsidR="00C64B77" w14:paraId="29D15C05" w14:textId="77777777">
        <w:tc>
          <w:tcPr>
            <w:tcW w:w="1560" w:type="dxa"/>
          </w:tcPr>
          <w:p w14:paraId="0DB7502D" w14:textId="77777777" w:rsidR="00C64B77" w:rsidRDefault="00C64B77" w:rsidP="00C64B77">
            <w:pPr>
              <w:jc w:val="center"/>
            </w:pPr>
            <w:r>
              <w:t>26*****56</w:t>
            </w:r>
          </w:p>
        </w:tc>
        <w:tc>
          <w:tcPr>
            <w:tcW w:w="1560" w:type="dxa"/>
          </w:tcPr>
          <w:p w14:paraId="4C8B887E" w14:textId="77777777" w:rsidR="00C64B77" w:rsidRDefault="00C64B77" w:rsidP="00C64B77">
            <w:r>
              <w:t>AL**** AL****</w:t>
            </w:r>
          </w:p>
        </w:tc>
        <w:tc>
          <w:tcPr>
            <w:tcW w:w="1560" w:type="dxa"/>
          </w:tcPr>
          <w:p w14:paraId="200021D1" w14:textId="512ED231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401E12D0" w14:textId="77777777" w:rsidR="00C64B77" w:rsidRDefault="00C64B77" w:rsidP="00C64B77">
            <w:pPr>
              <w:jc w:val="center"/>
            </w:pPr>
            <w:r>
              <w:t>24*****43</w:t>
            </w:r>
          </w:p>
        </w:tc>
        <w:tc>
          <w:tcPr>
            <w:tcW w:w="1560" w:type="dxa"/>
          </w:tcPr>
          <w:p w14:paraId="5CC47EC4" w14:textId="77777777" w:rsidR="00C64B77" w:rsidRDefault="00C64B77" w:rsidP="00C64B77">
            <w:r>
              <w:t>HA**** NU**** Sİ****</w:t>
            </w:r>
          </w:p>
        </w:tc>
        <w:tc>
          <w:tcPr>
            <w:tcW w:w="1560" w:type="dxa"/>
          </w:tcPr>
          <w:p w14:paraId="794010CC" w14:textId="73302F46" w:rsidR="00C64B77" w:rsidRDefault="00C64B77" w:rsidP="00C64B77">
            <w:r w:rsidRPr="001970CF">
              <w:t>DR. ÖĞR. ÜYESİ NÜ**** KA***</w:t>
            </w:r>
          </w:p>
        </w:tc>
      </w:tr>
      <w:tr w:rsidR="00C64B77" w14:paraId="3AB040C9" w14:textId="77777777">
        <w:tc>
          <w:tcPr>
            <w:tcW w:w="1560" w:type="dxa"/>
          </w:tcPr>
          <w:p w14:paraId="5FC3F3AC" w14:textId="77777777" w:rsidR="00C64B77" w:rsidRDefault="00C64B77" w:rsidP="00C64B77">
            <w:pPr>
              <w:jc w:val="center"/>
            </w:pPr>
            <w:r>
              <w:t>26*****57</w:t>
            </w:r>
          </w:p>
        </w:tc>
        <w:tc>
          <w:tcPr>
            <w:tcW w:w="1560" w:type="dxa"/>
          </w:tcPr>
          <w:p w14:paraId="7B67EEBD" w14:textId="77777777" w:rsidR="00C64B77" w:rsidRDefault="00C64B77" w:rsidP="00C64B77">
            <w:r>
              <w:t>RE**** ÜS****</w:t>
            </w:r>
          </w:p>
        </w:tc>
        <w:tc>
          <w:tcPr>
            <w:tcW w:w="1560" w:type="dxa"/>
          </w:tcPr>
          <w:p w14:paraId="5D3EC005" w14:textId="55E2D021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4B59674B" w14:textId="77777777" w:rsidR="00C64B77" w:rsidRDefault="00C64B77" w:rsidP="00C64B77">
            <w:pPr>
              <w:jc w:val="center"/>
            </w:pPr>
            <w:r>
              <w:t>24*****20</w:t>
            </w:r>
          </w:p>
        </w:tc>
        <w:tc>
          <w:tcPr>
            <w:tcW w:w="1560" w:type="dxa"/>
          </w:tcPr>
          <w:p w14:paraId="3FDC7C2B" w14:textId="77777777" w:rsidR="00C64B77" w:rsidRDefault="00C64B77" w:rsidP="00C64B77">
            <w:r>
              <w:t>HA**** HO****</w:t>
            </w:r>
          </w:p>
        </w:tc>
        <w:tc>
          <w:tcPr>
            <w:tcW w:w="1560" w:type="dxa"/>
          </w:tcPr>
          <w:p w14:paraId="089441E2" w14:textId="018D2201" w:rsidR="00C64B77" w:rsidRDefault="00C64B77" w:rsidP="00C64B77">
            <w:r w:rsidRPr="001970CF">
              <w:t>DR. ÖĞR. ÜYESİ NÜ**** KA***</w:t>
            </w:r>
          </w:p>
        </w:tc>
      </w:tr>
      <w:tr w:rsidR="00C64B77" w14:paraId="46A4CFDC" w14:textId="77777777">
        <w:tc>
          <w:tcPr>
            <w:tcW w:w="1560" w:type="dxa"/>
          </w:tcPr>
          <w:p w14:paraId="16B23604" w14:textId="77777777" w:rsidR="00C64B77" w:rsidRDefault="00C64B77" w:rsidP="00C64B77">
            <w:pPr>
              <w:jc w:val="center"/>
            </w:pPr>
            <w:r>
              <w:t>26*****58</w:t>
            </w:r>
          </w:p>
        </w:tc>
        <w:tc>
          <w:tcPr>
            <w:tcW w:w="1560" w:type="dxa"/>
          </w:tcPr>
          <w:p w14:paraId="4DCEE682" w14:textId="77777777" w:rsidR="00C64B77" w:rsidRDefault="00C64B77" w:rsidP="00C64B77">
            <w:r>
              <w:t>ZA**** TU****</w:t>
            </w:r>
          </w:p>
        </w:tc>
        <w:tc>
          <w:tcPr>
            <w:tcW w:w="1560" w:type="dxa"/>
          </w:tcPr>
          <w:p w14:paraId="156DE5C4" w14:textId="7011F747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34145031" w14:textId="77777777" w:rsidR="00C64B77" w:rsidRDefault="00C64B77" w:rsidP="00C64B77">
            <w:pPr>
              <w:jc w:val="center"/>
            </w:pPr>
            <w:r>
              <w:t>24*****01</w:t>
            </w:r>
          </w:p>
        </w:tc>
        <w:tc>
          <w:tcPr>
            <w:tcW w:w="1560" w:type="dxa"/>
          </w:tcPr>
          <w:p w14:paraId="0A55464A" w14:textId="77777777" w:rsidR="00C64B77" w:rsidRDefault="00C64B77" w:rsidP="00C64B77">
            <w:r>
              <w:t>HA**** SU**** TE****</w:t>
            </w:r>
          </w:p>
        </w:tc>
        <w:tc>
          <w:tcPr>
            <w:tcW w:w="1560" w:type="dxa"/>
          </w:tcPr>
          <w:p w14:paraId="04763A3C" w14:textId="1FD4E6D3" w:rsidR="00C64B77" w:rsidRDefault="00C64B77" w:rsidP="00C64B77">
            <w:r w:rsidRPr="001970CF">
              <w:t>DR. ÖĞR. ÜYESİ NÜ**** KA***</w:t>
            </w:r>
          </w:p>
        </w:tc>
      </w:tr>
      <w:tr w:rsidR="00C64B77" w14:paraId="1900473B" w14:textId="77777777">
        <w:tc>
          <w:tcPr>
            <w:tcW w:w="1560" w:type="dxa"/>
          </w:tcPr>
          <w:p w14:paraId="3BC71060" w14:textId="77777777" w:rsidR="00C64B77" w:rsidRDefault="00C64B77" w:rsidP="00C64B77">
            <w:pPr>
              <w:jc w:val="center"/>
            </w:pPr>
            <w:r>
              <w:t>26*****59</w:t>
            </w:r>
          </w:p>
        </w:tc>
        <w:tc>
          <w:tcPr>
            <w:tcW w:w="1560" w:type="dxa"/>
          </w:tcPr>
          <w:p w14:paraId="5ECC0A77" w14:textId="77777777" w:rsidR="00C64B77" w:rsidRDefault="00C64B77" w:rsidP="00C64B77">
            <w:r>
              <w:t>NI**** KO****</w:t>
            </w:r>
          </w:p>
        </w:tc>
        <w:tc>
          <w:tcPr>
            <w:tcW w:w="1560" w:type="dxa"/>
          </w:tcPr>
          <w:p w14:paraId="54BA5E08" w14:textId="2A39455C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0CB63AD7" w14:textId="77777777" w:rsidR="00C64B77" w:rsidRDefault="00C64B77" w:rsidP="00C64B77">
            <w:pPr>
              <w:jc w:val="center"/>
            </w:pPr>
            <w:r>
              <w:t>24*****76</w:t>
            </w:r>
          </w:p>
        </w:tc>
        <w:tc>
          <w:tcPr>
            <w:tcW w:w="1560" w:type="dxa"/>
          </w:tcPr>
          <w:p w14:paraId="45FC0D17" w14:textId="77777777" w:rsidR="00C64B77" w:rsidRDefault="00C64B77" w:rsidP="00C64B77">
            <w:r>
              <w:t>HA**** DA****</w:t>
            </w:r>
          </w:p>
        </w:tc>
        <w:tc>
          <w:tcPr>
            <w:tcW w:w="1560" w:type="dxa"/>
          </w:tcPr>
          <w:p w14:paraId="718F1407" w14:textId="5466928F" w:rsidR="00C64B77" w:rsidRDefault="00C64B77" w:rsidP="00C64B77">
            <w:r w:rsidRPr="001970CF">
              <w:t>DR. ÖĞR. ÜYESİ NÜ**** KA***</w:t>
            </w:r>
          </w:p>
        </w:tc>
      </w:tr>
      <w:tr w:rsidR="00C64B77" w14:paraId="2B2DAEEF" w14:textId="77777777">
        <w:tc>
          <w:tcPr>
            <w:tcW w:w="1560" w:type="dxa"/>
          </w:tcPr>
          <w:p w14:paraId="3AB9717C" w14:textId="77777777" w:rsidR="00C64B77" w:rsidRDefault="00C64B77" w:rsidP="00C64B77">
            <w:pPr>
              <w:jc w:val="center"/>
            </w:pPr>
            <w:r>
              <w:t>26*****60</w:t>
            </w:r>
          </w:p>
        </w:tc>
        <w:tc>
          <w:tcPr>
            <w:tcW w:w="1560" w:type="dxa"/>
          </w:tcPr>
          <w:p w14:paraId="77436DB9" w14:textId="77777777" w:rsidR="00C64B77" w:rsidRDefault="00C64B77" w:rsidP="00C64B77">
            <w:r>
              <w:t>SE**** ER****</w:t>
            </w:r>
          </w:p>
        </w:tc>
        <w:tc>
          <w:tcPr>
            <w:tcW w:w="1560" w:type="dxa"/>
          </w:tcPr>
          <w:p w14:paraId="70D53D94" w14:textId="7F03F34B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3FA83BD8" w14:textId="77777777" w:rsidR="00C64B77" w:rsidRDefault="00C64B77" w:rsidP="00C64B77">
            <w:pPr>
              <w:jc w:val="center"/>
            </w:pPr>
            <w:r>
              <w:t>24*****78</w:t>
            </w:r>
          </w:p>
        </w:tc>
        <w:tc>
          <w:tcPr>
            <w:tcW w:w="1560" w:type="dxa"/>
          </w:tcPr>
          <w:p w14:paraId="340CA8A8" w14:textId="77777777" w:rsidR="00C64B77" w:rsidRDefault="00C64B77" w:rsidP="00C64B77">
            <w:r>
              <w:t>HA**** TO****</w:t>
            </w:r>
          </w:p>
        </w:tc>
        <w:tc>
          <w:tcPr>
            <w:tcW w:w="1560" w:type="dxa"/>
          </w:tcPr>
          <w:p w14:paraId="64AF110B" w14:textId="7CCB7DE6" w:rsidR="00C64B77" w:rsidRDefault="00C64B77" w:rsidP="00C64B77">
            <w:r w:rsidRPr="001970CF">
              <w:t>DR. ÖĞR. ÜYESİ NÜ**** KA***</w:t>
            </w:r>
          </w:p>
        </w:tc>
      </w:tr>
      <w:tr w:rsidR="00C64B77" w14:paraId="63BC4ECE" w14:textId="77777777">
        <w:tc>
          <w:tcPr>
            <w:tcW w:w="1560" w:type="dxa"/>
          </w:tcPr>
          <w:p w14:paraId="129CDBCC" w14:textId="77777777" w:rsidR="00C64B77" w:rsidRDefault="00C64B77" w:rsidP="00C64B77">
            <w:pPr>
              <w:jc w:val="center"/>
            </w:pPr>
            <w:r>
              <w:t>26*****61</w:t>
            </w:r>
          </w:p>
        </w:tc>
        <w:tc>
          <w:tcPr>
            <w:tcW w:w="1560" w:type="dxa"/>
          </w:tcPr>
          <w:p w14:paraId="26A8D3D6" w14:textId="77777777" w:rsidR="00C64B77" w:rsidRDefault="00C64B77" w:rsidP="00C64B77">
            <w:r>
              <w:t>HA**** BE**** AK****</w:t>
            </w:r>
          </w:p>
        </w:tc>
        <w:tc>
          <w:tcPr>
            <w:tcW w:w="1560" w:type="dxa"/>
          </w:tcPr>
          <w:p w14:paraId="35D39175" w14:textId="4CE1F96F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108011BE" w14:textId="77777777" w:rsidR="00C64B77" w:rsidRDefault="00C64B77" w:rsidP="00C64B77">
            <w:pPr>
              <w:jc w:val="center"/>
            </w:pPr>
            <w:r>
              <w:t>24*****02</w:t>
            </w:r>
          </w:p>
        </w:tc>
        <w:tc>
          <w:tcPr>
            <w:tcW w:w="1560" w:type="dxa"/>
          </w:tcPr>
          <w:p w14:paraId="1C357081" w14:textId="77777777" w:rsidR="00C64B77" w:rsidRDefault="00C64B77" w:rsidP="00C64B77">
            <w:r>
              <w:t>İD**** Nİ**** IŞ****</w:t>
            </w:r>
          </w:p>
        </w:tc>
        <w:tc>
          <w:tcPr>
            <w:tcW w:w="1560" w:type="dxa"/>
          </w:tcPr>
          <w:p w14:paraId="4929CD78" w14:textId="02DAF050" w:rsidR="00C64B77" w:rsidRDefault="00C64B77" w:rsidP="00C64B77">
            <w:r w:rsidRPr="001970CF">
              <w:t>DR. ÖĞR. ÜYESİ NÜ**** KA***</w:t>
            </w:r>
          </w:p>
        </w:tc>
      </w:tr>
      <w:tr w:rsidR="00C64B77" w14:paraId="58D63A8F" w14:textId="77777777">
        <w:tc>
          <w:tcPr>
            <w:tcW w:w="1560" w:type="dxa"/>
          </w:tcPr>
          <w:p w14:paraId="4A282959" w14:textId="77777777" w:rsidR="00C64B77" w:rsidRDefault="00C64B77" w:rsidP="00C64B77">
            <w:pPr>
              <w:jc w:val="center"/>
            </w:pPr>
            <w:r>
              <w:t>26*****62</w:t>
            </w:r>
          </w:p>
        </w:tc>
        <w:tc>
          <w:tcPr>
            <w:tcW w:w="1560" w:type="dxa"/>
          </w:tcPr>
          <w:p w14:paraId="01C7267C" w14:textId="77777777" w:rsidR="00C64B77" w:rsidRDefault="00C64B77" w:rsidP="00C64B77">
            <w:r>
              <w:t>SÜ**** OL****</w:t>
            </w:r>
          </w:p>
        </w:tc>
        <w:tc>
          <w:tcPr>
            <w:tcW w:w="1560" w:type="dxa"/>
          </w:tcPr>
          <w:p w14:paraId="501C0CC8" w14:textId="7EF0B0B5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5F23352A" w14:textId="77777777" w:rsidR="00C64B77" w:rsidRDefault="00C64B77" w:rsidP="00C64B77">
            <w:pPr>
              <w:jc w:val="center"/>
            </w:pPr>
            <w:r>
              <w:t>24*****40</w:t>
            </w:r>
          </w:p>
        </w:tc>
        <w:tc>
          <w:tcPr>
            <w:tcW w:w="1560" w:type="dxa"/>
          </w:tcPr>
          <w:p w14:paraId="64BB7B4D" w14:textId="77777777" w:rsidR="00C64B77" w:rsidRDefault="00C64B77" w:rsidP="00C64B77">
            <w:r>
              <w:t>İK**** NU**** ER****</w:t>
            </w:r>
          </w:p>
        </w:tc>
        <w:tc>
          <w:tcPr>
            <w:tcW w:w="1560" w:type="dxa"/>
          </w:tcPr>
          <w:p w14:paraId="07761A29" w14:textId="0C2AD883" w:rsidR="00C64B77" w:rsidRDefault="00C64B77" w:rsidP="00C64B77">
            <w:r w:rsidRPr="001970CF">
              <w:t>DR. ÖĞR. ÜYESİ NÜ**** KA***</w:t>
            </w:r>
          </w:p>
        </w:tc>
      </w:tr>
      <w:tr w:rsidR="00C64B77" w14:paraId="4D0C116C" w14:textId="77777777">
        <w:tc>
          <w:tcPr>
            <w:tcW w:w="1560" w:type="dxa"/>
          </w:tcPr>
          <w:p w14:paraId="2D916B79" w14:textId="77777777" w:rsidR="00C64B77" w:rsidRDefault="00C64B77" w:rsidP="00C64B77">
            <w:pPr>
              <w:jc w:val="center"/>
            </w:pPr>
            <w:r>
              <w:t>26*****63</w:t>
            </w:r>
          </w:p>
        </w:tc>
        <w:tc>
          <w:tcPr>
            <w:tcW w:w="1560" w:type="dxa"/>
          </w:tcPr>
          <w:p w14:paraId="3ED4CD89" w14:textId="77777777" w:rsidR="00C64B77" w:rsidRDefault="00C64B77" w:rsidP="00C64B77">
            <w:r>
              <w:t>ŞE**** NU**** AL****</w:t>
            </w:r>
          </w:p>
        </w:tc>
        <w:tc>
          <w:tcPr>
            <w:tcW w:w="1560" w:type="dxa"/>
          </w:tcPr>
          <w:p w14:paraId="04DDCCAD" w14:textId="4CA0FEE1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4C01BC66" w14:textId="77777777" w:rsidR="00C64B77" w:rsidRDefault="00C64B77" w:rsidP="00C64B77">
            <w:pPr>
              <w:jc w:val="center"/>
            </w:pPr>
            <w:r>
              <w:t>24*****16</w:t>
            </w:r>
          </w:p>
        </w:tc>
        <w:tc>
          <w:tcPr>
            <w:tcW w:w="1560" w:type="dxa"/>
          </w:tcPr>
          <w:p w14:paraId="79A56DB1" w14:textId="77777777" w:rsidR="00C64B77" w:rsidRDefault="00C64B77" w:rsidP="00C64B77">
            <w:r>
              <w:t>İR**** NU**** KI****</w:t>
            </w:r>
          </w:p>
        </w:tc>
        <w:tc>
          <w:tcPr>
            <w:tcW w:w="1560" w:type="dxa"/>
          </w:tcPr>
          <w:p w14:paraId="5A6E1AEE" w14:textId="1A230FDE" w:rsidR="00C64B77" w:rsidRDefault="00C64B77" w:rsidP="00C64B77">
            <w:r w:rsidRPr="001970CF">
              <w:t>DR. ÖĞR. ÜYESİ NÜ**** KA***</w:t>
            </w:r>
          </w:p>
        </w:tc>
      </w:tr>
      <w:tr w:rsidR="00C64B77" w14:paraId="6ADE14C6" w14:textId="77777777">
        <w:tc>
          <w:tcPr>
            <w:tcW w:w="1560" w:type="dxa"/>
          </w:tcPr>
          <w:p w14:paraId="63054AD4" w14:textId="77777777" w:rsidR="00C64B77" w:rsidRDefault="00C64B77" w:rsidP="00C64B77">
            <w:pPr>
              <w:jc w:val="center"/>
            </w:pPr>
            <w:r>
              <w:t>26*****66</w:t>
            </w:r>
          </w:p>
        </w:tc>
        <w:tc>
          <w:tcPr>
            <w:tcW w:w="1560" w:type="dxa"/>
          </w:tcPr>
          <w:p w14:paraId="5D1484C0" w14:textId="77777777" w:rsidR="00C64B77" w:rsidRDefault="00C64B77" w:rsidP="00C64B77">
            <w:r>
              <w:t>ME**** TÖ****</w:t>
            </w:r>
          </w:p>
        </w:tc>
        <w:tc>
          <w:tcPr>
            <w:tcW w:w="1560" w:type="dxa"/>
          </w:tcPr>
          <w:p w14:paraId="77359C81" w14:textId="1B76CE19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5EC1EA23" w14:textId="77777777" w:rsidR="00C64B77" w:rsidRDefault="00C64B77" w:rsidP="00C64B77">
            <w:pPr>
              <w:jc w:val="center"/>
            </w:pPr>
            <w:r>
              <w:t>24*****71</w:t>
            </w:r>
          </w:p>
        </w:tc>
        <w:tc>
          <w:tcPr>
            <w:tcW w:w="1560" w:type="dxa"/>
          </w:tcPr>
          <w:p w14:paraId="5040227F" w14:textId="77777777" w:rsidR="00C64B77" w:rsidRDefault="00C64B77" w:rsidP="00C64B77">
            <w:r>
              <w:t>KA**** TE****</w:t>
            </w:r>
          </w:p>
        </w:tc>
        <w:tc>
          <w:tcPr>
            <w:tcW w:w="1560" w:type="dxa"/>
          </w:tcPr>
          <w:p w14:paraId="47783D8D" w14:textId="67426FE1" w:rsidR="00C64B77" w:rsidRDefault="00C64B77" w:rsidP="00C64B77">
            <w:r w:rsidRPr="001970CF">
              <w:t>DR. ÖĞR. ÜYESİ NÜ**** KA***</w:t>
            </w:r>
          </w:p>
        </w:tc>
      </w:tr>
      <w:tr w:rsidR="00C64B77" w14:paraId="72CC5D68" w14:textId="77777777">
        <w:tc>
          <w:tcPr>
            <w:tcW w:w="1560" w:type="dxa"/>
          </w:tcPr>
          <w:p w14:paraId="64CFE5DD" w14:textId="77777777" w:rsidR="00C64B77" w:rsidRDefault="00C64B77" w:rsidP="00C64B77">
            <w:pPr>
              <w:jc w:val="center"/>
            </w:pPr>
            <w:r>
              <w:t>26*****69</w:t>
            </w:r>
          </w:p>
        </w:tc>
        <w:tc>
          <w:tcPr>
            <w:tcW w:w="1560" w:type="dxa"/>
          </w:tcPr>
          <w:p w14:paraId="16B24BBE" w14:textId="77777777" w:rsidR="00C64B77" w:rsidRDefault="00C64B77" w:rsidP="00C64B77">
            <w:r>
              <w:t>AY**** GÜ****</w:t>
            </w:r>
          </w:p>
        </w:tc>
        <w:tc>
          <w:tcPr>
            <w:tcW w:w="1560" w:type="dxa"/>
          </w:tcPr>
          <w:p w14:paraId="5110868C" w14:textId="6EC00092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0206907D" w14:textId="77777777" w:rsidR="00C64B77" w:rsidRDefault="00C64B77" w:rsidP="00C64B77">
            <w:pPr>
              <w:jc w:val="center"/>
            </w:pPr>
            <w:r>
              <w:t>24*****66</w:t>
            </w:r>
          </w:p>
        </w:tc>
        <w:tc>
          <w:tcPr>
            <w:tcW w:w="1560" w:type="dxa"/>
          </w:tcPr>
          <w:p w14:paraId="50E1C6E7" w14:textId="77777777" w:rsidR="00C64B77" w:rsidRDefault="00C64B77" w:rsidP="00C64B77">
            <w:r>
              <w:t>KA**** KÜ****</w:t>
            </w:r>
          </w:p>
        </w:tc>
        <w:tc>
          <w:tcPr>
            <w:tcW w:w="1560" w:type="dxa"/>
          </w:tcPr>
          <w:p w14:paraId="00986E4E" w14:textId="589266B1" w:rsidR="00C64B77" w:rsidRDefault="00C64B77" w:rsidP="00C64B77">
            <w:r w:rsidRPr="001970CF">
              <w:t>DR. ÖĞR. ÜYESİ NÜ**** KA***</w:t>
            </w:r>
          </w:p>
        </w:tc>
      </w:tr>
      <w:tr w:rsidR="00C64B77" w14:paraId="2CDF675F" w14:textId="77777777">
        <w:tc>
          <w:tcPr>
            <w:tcW w:w="1560" w:type="dxa"/>
          </w:tcPr>
          <w:p w14:paraId="25284C08" w14:textId="77777777" w:rsidR="00C64B77" w:rsidRDefault="00C64B77" w:rsidP="00C64B77">
            <w:pPr>
              <w:jc w:val="center"/>
            </w:pPr>
            <w:r>
              <w:t>26*****82</w:t>
            </w:r>
          </w:p>
        </w:tc>
        <w:tc>
          <w:tcPr>
            <w:tcW w:w="1560" w:type="dxa"/>
          </w:tcPr>
          <w:p w14:paraId="15F9877B" w14:textId="77777777" w:rsidR="00C64B77" w:rsidRDefault="00C64B77" w:rsidP="00C64B77">
            <w:r>
              <w:t>ÜM**** GÖ****</w:t>
            </w:r>
          </w:p>
        </w:tc>
        <w:tc>
          <w:tcPr>
            <w:tcW w:w="1560" w:type="dxa"/>
          </w:tcPr>
          <w:p w14:paraId="20CF327B" w14:textId="5D7BB88C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47D06662" w14:textId="77777777" w:rsidR="00C64B77" w:rsidRDefault="00C64B77" w:rsidP="00C64B77">
            <w:pPr>
              <w:jc w:val="center"/>
            </w:pPr>
            <w:r>
              <w:t>24*****46</w:t>
            </w:r>
          </w:p>
        </w:tc>
        <w:tc>
          <w:tcPr>
            <w:tcW w:w="1560" w:type="dxa"/>
          </w:tcPr>
          <w:p w14:paraId="20F4A54E" w14:textId="77777777" w:rsidR="00C64B77" w:rsidRDefault="00C64B77" w:rsidP="00C64B77">
            <w:r>
              <w:t>KE**** BÜ**** BÜ****</w:t>
            </w:r>
          </w:p>
        </w:tc>
        <w:tc>
          <w:tcPr>
            <w:tcW w:w="1560" w:type="dxa"/>
          </w:tcPr>
          <w:p w14:paraId="647663CC" w14:textId="09D7B8A7" w:rsidR="00C64B77" w:rsidRDefault="00C64B77" w:rsidP="00C64B77">
            <w:r w:rsidRPr="001970CF">
              <w:t>DR. ÖĞR. ÜYESİ NÜ**** KA***</w:t>
            </w:r>
          </w:p>
        </w:tc>
      </w:tr>
      <w:tr w:rsidR="00C64B77" w14:paraId="1A7BDCE6" w14:textId="77777777">
        <w:tc>
          <w:tcPr>
            <w:tcW w:w="1560" w:type="dxa"/>
          </w:tcPr>
          <w:p w14:paraId="118D6E52" w14:textId="77777777" w:rsidR="00C64B77" w:rsidRDefault="00C64B77" w:rsidP="00C64B77">
            <w:pPr>
              <w:jc w:val="center"/>
            </w:pPr>
            <w:r>
              <w:t>26*****94</w:t>
            </w:r>
          </w:p>
        </w:tc>
        <w:tc>
          <w:tcPr>
            <w:tcW w:w="1560" w:type="dxa"/>
          </w:tcPr>
          <w:p w14:paraId="79CE0C36" w14:textId="77777777" w:rsidR="00C64B77" w:rsidRDefault="00C64B77" w:rsidP="00C64B77">
            <w:r>
              <w:t>CE**** KE****</w:t>
            </w:r>
          </w:p>
        </w:tc>
        <w:tc>
          <w:tcPr>
            <w:tcW w:w="1560" w:type="dxa"/>
          </w:tcPr>
          <w:p w14:paraId="70B77E4F" w14:textId="560DBA1E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4A757EEE" w14:textId="77777777" w:rsidR="00C64B77" w:rsidRDefault="00C64B77" w:rsidP="00C64B77">
            <w:pPr>
              <w:jc w:val="center"/>
            </w:pPr>
            <w:r>
              <w:t>24*****61</w:t>
            </w:r>
          </w:p>
        </w:tc>
        <w:tc>
          <w:tcPr>
            <w:tcW w:w="1560" w:type="dxa"/>
          </w:tcPr>
          <w:p w14:paraId="18934F66" w14:textId="77777777" w:rsidR="00C64B77" w:rsidRDefault="00C64B77" w:rsidP="00C64B77">
            <w:r>
              <w:t>ME**** NU**** YO****</w:t>
            </w:r>
          </w:p>
        </w:tc>
        <w:tc>
          <w:tcPr>
            <w:tcW w:w="1560" w:type="dxa"/>
          </w:tcPr>
          <w:p w14:paraId="6659B4D9" w14:textId="55DCAFA6" w:rsidR="00C64B77" w:rsidRDefault="00C64B77" w:rsidP="00C64B77">
            <w:r w:rsidRPr="001970CF">
              <w:t>DR. ÖĞR. ÜYESİ NÜ**** KA***</w:t>
            </w:r>
          </w:p>
        </w:tc>
      </w:tr>
      <w:tr w:rsidR="00C64B77" w14:paraId="3898A49A" w14:textId="77777777">
        <w:tc>
          <w:tcPr>
            <w:tcW w:w="1560" w:type="dxa"/>
          </w:tcPr>
          <w:p w14:paraId="1CD624E5" w14:textId="77777777" w:rsidR="00C64B77" w:rsidRDefault="00C64B77" w:rsidP="00C64B77">
            <w:pPr>
              <w:jc w:val="center"/>
            </w:pPr>
            <w:r>
              <w:t>26*****64</w:t>
            </w:r>
          </w:p>
        </w:tc>
        <w:tc>
          <w:tcPr>
            <w:tcW w:w="1560" w:type="dxa"/>
          </w:tcPr>
          <w:p w14:paraId="5E5227A7" w14:textId="77777777" w:rsidR="00C64B77" w:rsidRDefault="00C64B77" w:rsidP="00C64B77">
            <w:r>
              <w:t>AY**** ER****</w:t>
            </w:r>
          </w:p>
        </w:tc>
        <w:tc>
          <w:tcPr>
            <w:tcW w:w="1560" w:type="dxa"/>
          </w:tcPr>
          <w:p w14:paraId="10C80FEE" w14:textId="003E6834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6617E444" w14:textId="77777777" w:rsidR="00C64B77" w:rsidRDefault="00C64B77" w:rsidP="00C64B77">
            <w:pPr>
              <w:jc w:val="center"/>
            </w:pPr>
            <w:r>
              <w:t>24*****59</w:t>
            </w:r>
          </w:p>
        </w:tc>
        <w:tc>
          <w:tcPr>
            <w:tcW w:w="1560" w:type="dxa"/>
          </w:tcPr>
          <w:p w14:paraId="3D9CF77E" w14:textId="77777777" w:rsidR="00C64B77" w:rsidRDefault="00C64B77" w:rsidP="00C64B77">
            <w:r>
              <w:t>ME**** HA**** TA****</w:t>
            </w:r>
          </w:p>
        </w:tc>
        <w:tc>
          <w:tcPr>
            <w:tcW w:w="1560" w:type="dxa"/>
          </w:tcPr>
          <w:p w14:paraId="49CF811A" w14:textId="7A4E50F0" w:rsidR="00C64B77" w:rsidRDefault="00C64B77" w:rsidP="00C64B77">
            <w:r w:rsidRPr="001970CF">
              <w:t>DR. ÖĞR. ÜYESİ NÜ**** KA***</w:t>
            </w:r>
          </w:p>
        </w:tc>
      </w:tr>
      <w:tr w:rsidR="00C64B77" w14:paraId="77FB80DB" w14:textId="77777777">
        <w:tc>
          <w:tcPr>
            <w:tcW w:w="1560" w:type="dxa"/>
          </w:tcPr>
          <w:p w14:paraId="52EF7FD6" w14:textId="77777777" w:rsidR="00C64B77" w:rsidRDefault="00C64B77" w:rsidP="00C64B77">
            <w:pPr>
              <w:jc w:val="center"/>
            </w:pPr>
            <w:r>
              <w:t>26*****65</w:t>
            </w:r>
          </w:p>
        </w:tc>
        <w:tc>
          <w:tcPr>
            <w:tcW w:w="1560" w:type="dxa"/>
          </w:tcPr>
          <w:p w14:paraId="4908110E" w14:textId="77777777" w:rsidR="00C64B77" w:rsidRDefault="00C64B77" w:rsidP="00C64B77">
            <w:r>
              <w:t>ÇI**** ŞE****</w:t>
            </w:r>
          </w:p>
        </w:tc>
        <w:tc>
          <w:tcPr>
            <w:tcW w:w="1560" w:type="dxa"/>
          </w:tcPr>
          <w:p w14:paraId="55831788" w14:textId="7F3CE832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212AA742" w14:textId="77777777" w:rsidR="00C64B77" w:rsidRDefault="00C64B77" w:rsidP="00C64B77">
            <w:pPr>
              <w:jc w:val="center"/>
            </w:pPr>
            <w:r>
              <w:t>24*****04</w:t>
            </w:r>
          </w:p>
        </w:tc>
        <w:tc>
          <w:tcPr>
            <w:tcW w:w="1560" w:type="dxa"/>
          </w:tcPr>
          <w:p w14:paraId="7C5F4333" w14:textId="77777777" w:rsidR="00C64B77" w:rsidRDefault="00C64B77" w:rsidP="00C64B77">
            <w:r>
              <w:t>ME**** KA****</w:t>
            </w:r>
          </w:p>
        </w:tc>
        <w:tc>
          <w:tcPr>
            <w:tcW w:w="1560" w:type="dxa"/>
          </w:tcPr>
          <w:p w14:paraId="6DA1EC84" w14:textId="47562D82" w:rsidR="00C64B77" w:rsidRDefault="00C64B77" w:rsidP="00C64B77">
            <w:r w:rsidRPr="001970CF">
              <w:t>DR. ÖĞR. ÜYESİ NÜ**** KA***</w:t>
            </w:r>
          </w:p>
        </w:tc>
      </w:tr>
      <w:tr w:rsidR="00C64B77" w14:paraId="2823A722" w14:textId="77777777">
        <w:tc>
          <w:tcPr>
            <w:tcW w:w="1560" w:type="dxa"/>
          </w:tcPr>
          <w:p w14:paraId="068B49F9" w14:textId="77777777" w:rsidR="00C64B77" w:rsidRDefault="00C64B77" w:rsidP="00C64B77">
            <w:pPr>
              <w:jc w:val="center"/>
            </w:pPr>
            <w:r>
              <w:t>26*****67</w:t>
            </w:r>
          </w:p>
        </w:tc>
        <w:tc>
          <w:tcPr>
            <w:tcW w:w="1560" w:type="dxa"/>
          </w:tcPr>
          <w:p w14:paraId="28A1850A" w14:textId="77777777" w:rsidR="00C64B77" w:rsidRDefault="00C64B77" w:rsidP="00C64B77">
            <w:r>
              <w:t>MA**** DU****</w:t>
            </w:r>
          </w:p>
        </w:tc>
        <w:tc>
          <w:tcPr>
            <w:tcW w:w="1560" w:type="dxa"/>
          </w:tcPr>
          <w:p w14:paraId="57799138" w14:textId="594A4756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6DC50136" w14:textId="77777777" w:rsidR="00C64B77" w:rsidRDefault="00C64B77" w:rsidP="00C64B77">
            <w:pPr>
              <w:jc w:val="center"/>
            </w:pPr>
            <w:r>
              <w:t>24*****38</w:t>
            </w:r>
          </w:p>
        </w:tc>
        <w:tc>
          <w:tcPr>
            <w:tcW w:w="1560" w:type="dxa"/>
          </w:tcPr>
          <w:p w14:paraId="39CC55BA" w14:textId="77777777" w:rsidR="00C64B77" w:rsidRDefault="00C64B77" w:rsidP="00C64B77">
            <w:r>
              <w:t>ME**** GÜ****</w:t>
            </w:r>
          </w:p>
        </w:tc>
        <w:tc>
          <w:tcPr>
            <w:tcW w:w="1560" w:type="dxa"/>
          </w:tcPr>
          <w:p w14:paraId="6F0183A1" w14:textId="78206A67" w:rsidR="00C64B77" w:rsidRDefault="00C64B77" w:rsidP="00C64B77">
            <w:r w:rsidRPr="001970CF">
              <w:t>DR. ÖĞR. ÜYESİ NÜ**** KA***</w:t>
            </w:r>
          </w:p>
        </w:tc>
      </w:tr>
      <w:tr w:rsidR="00C64B77" w14:paraId="0F8875CB" w14:textId="77777777">
        <w:tc>
          <w:tcPr>
            <w:tcW w:w="1560" w:type="dxa"/>
          </w:tcPr>
          <w:p w14:paraId="7ACF8F8D" w14:textId="77777777" w:rsidR="00C64B77" w:rsidRDefault="00C64B77" w:rsidP="00C64B77">
            <w:pPr>
              <w:jc w:val="center"/>
            </w:pPr>
            <w:r>
              <w:lastRenderedPageBreak/>
              <w:t>26*****68</w:t>
            </w:r>
          </w:p>
        </w:tc>
        <w:tc>
          <w:tcPr>
            <w:tcW w:w="1560" w:type="dxa"/>
          </w:tcPr>
          <w:p w14:paraId="07C30A04" w14:textId="77777777" w:rsidR="00C64B77" w:rsidRDefault="00C64B77" w:rsidP="00C64B77">
            <w:r>
              <w:t>SU**** TA****</w:t>
            </w:r>
          </w:p>
        </w:tc>
        <w:tc>
          <w:tcPr>
            <w:tcW w:w="1560" w:type="dxa"/>
          </w:tcPr>
          <w:p w14:paraId="6063DD3E" w14:textId="721E7889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722B90A7" w14:textId="77777777" w:rsidR="00C64B77" w:rsidRDefault="00C64B77" w:rsidP="00C64B77">
            <w:pPr>
              <w:jc w:val="center"/>
            </w:pPr>
            <w:r>
              <w:t>24*****33</w:t>
            </w:r>
          </w:p>
        </w:tc>
        <w:tc>
          <w:tcPr>
            <w:tcW w:w="1560" w:type="dxa"/>
          </w:tcPr>
          <w:p w14:paraId="0C593D8C" w14:textId="77777777" w:rsidR="00C64B77" w:rsidRDefault="00C64B77" w:rsidP="00C64B77">
            <w:r>
              <w:t>ME**** SU**** GÜ****</w:t>
            </w:r>
          </w:p>
        </w:tc>
        <w:tc>
          <w:tcPr>
            <w:tcW w:w="1560" w:type="dxa"/>
          </w:tcPr>
          <w:p w14:paraId="569AE678" w14:textId="037FC8BD" w:rsidR="00C64B77" w:rsidRDefault="00C64B77" w:rsidP="00C64B77">
            <w:r w:rsidRPr="001970CF">
              <w:t>DR. ÖĞR. ÜYESİ NÜ**** KA***</w:t>
            </w:r>
          </w:p>
        </w:tc>
      </w:tr>
      <w:tr w:rsidR="00C64B77" w14:paraId="4904A40E" w14:textId="77777777">
        <w:tc>
          <w:tcPr>
            <w:tcW w:w="1560" w:type="dxa"/>
          </w:tcPr>
          <w:p w14:paraId="011BAB51" w14:textId="77777777" w:rsidR="00C64B77" w:rsidRDefault="00C64B77" w:rsidP="00C64B77">
            <w:pPr>
              <w:jc w:val="center"/>
            </w:pPr>
            <w:r>
              <w:t>26*****70</w:t>
            </w:r>
          </w:p>
        </w:tc>
        <w:tc>
          <w:tcPr>
            <w:tcW w:w="1560" w:type="dxa"/>
          </w:tcPr>
          <w:p w14:paraId="1D87E93E" w14:textId="77777777" w:rsidR="00C64B77" w:rsidRDefault="00C64B77" w:rsidP="00C64B77">
            <w:r>
              <w:t>NU**** AR****</w:t>
            </w:r>
          </w:p>
        </w:tc>
        <w:tc>
          <w:tcPr>
            <w:tcW w:w="1560" w:type="dxa"/>
          </w:tcPr>
          <w:p w14:paraId="020BA673" w14:textId="321D0951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13FD4E3A" w14:textId="77777777" w:rsidR="00C64B77" w:rsidRDefault="00C64B77" w:rsidP="00C64B77">
            <w:pPr>
              <w:jc w:val="center"/>
            </w:pPr>
            <w:r>
              <w:t>25*****03</w:t>
            </w:r>
          </w:p>
        </w:tc>
        <w:tc>
          <w:tcPr>
            <w:tcW w:w="1560" w:type="dxa"/>
          </w:tcPr>
          <w:p w14:paraId="77AECAFE" w14:textId="77777777" w:rsidR="00C64B77" w:rsidRDefault="00C64B77" w:rsidP="00C64B77">
            <w:r>
              <w:t>NA**** EN**** GÜ****</w:t>
            </w:r>
          </w:p>
        </w:tc>
        <w:tc>
          <w:tcPr>
            <w:tcW w:w="1560" w:type="dxa"/>
          </w:tcPr>
          <w:p w14:paraId="07AE6927" w14:textId="5D74AAE9" w:rsidR="00C64B77" w:rsidRDefault="00C64B77" w:rsidP="00C64B77">
            <w:r w:rsidRPr="001970CF">
              <w:t>DR. ÖĞR. ÜYESİ NÜ**** KA***</w:t>
            </w:r>
          </w:p>
        </w:tc>
      </w:tr>
      <w:tr w:rsidR="00C64B77" w14:paraId="470C1ADC" w14:textId="77777777">
        <w:tc>
          <w:tcPr>
            <w:tcW w:w="1560" w:type="dxa"/>
          </w:tcPr>
          <w:p w14:paraId="52169157" w14:textId="77777777" w:rsidR="00C64B77" w:rsidRDefault="00C64B77" w:rsidP="00C64B77">
            <w:pPr>
              <w:jc w:val="center"/>
            </w:pPr>
            <w:r>
              <w:t>26*****71</w:t>
            </w:r>
          </w:p>
        </w:tc>
        <w:tc>
          <w:tcPr>
            <w:tcW w:w="1560" w:type="dxa"/>
          </w:tcPr>
          <w:p w14:paraId="46D291CB" w14:textId="77777777" w:rsidR="00C64B77" w:rsidRDefault="00C64B77" w:rsidP="00C64B77">
            <w:r>
              <w:t>SU**** ÇA****</w:t>
            </w:r>
          </w:p>
        </w:tc>
        <w:tc>
          <w:tcPr>
            <w:tcW w:w="1560" w:type="dxa"/>
          </w:tcPr>
          <w:p w14:paraId="172FF4C3" w14:textId="29390442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25CD926A" w14:textId="77777777" w:rsidR="00C64B77" w:rsidRDefault="00C64B77" w:rsidP="00C64B77">
            <w:pPr>
              <w:jc w:val="center"/>
            </w:pPr>
            <w:r>
              <w:t>24*****31</w:t>
            </w:r>
          </w:p>
        </w:tc>
        <w:tc>
          <w:tcPr>
            <w:tcW w:w="1560" w:type="dxa"/>
          </w:tcPr>
          <w:p w14:paraId="5A76C17A" w14:textId="77777777" w:rsidR="00C64B77" w:rsidRDefault="00C64B77" w:rsidP="00C64B77">
            <w:r>
              <w:t>NE**** KU****</w:t>
            </w:r>
          </w:p>
        </w:tc>
        <w:tc>
          <w:tcPr>
            <w:tcW w:w="1560" w:type="dxa"/>
          </w:tcPr>
          <w:p w14:paraId="18E93E6A" w14:textId="6EFA032F" w:rsidR="00C64B77" w:rsidRDefault="00C64B77" w:rsidP="00C64B77">
            <w:r w:rsidRPr="001970CF">
              <w:t>DR. ÖĞR. ÜYESİ NÜ**** KA***</w:t>
            </w:r>
          </w:p>
        </w:tc>
      </w:tr>
      <w:tr w:rsidR="00C64B77" w14:paraId="5EA61B3B" w14:textId="77777777">
        <w:tc>
          <w:tcPr>
            <w:tcW w:w="1560" w:type="dxa"/>
          </w:tcPr>
          <w:p w14:paraId="366F4629" w14:textId="77777777" w:rsidR="00C64B77" w:rsidRDefault="00C64B77" w:rsidP="00C64B77">
            <w:pPr>
              <w:jc w:val="center"/>
            </w:pPr>
            <w:r>
              <w:t>26*****72</w:t>
            </w:r>
          </w:p>
        </w:tc>
        <w:tc>
          <w:tcPr>
            <w:tcW w:w="1560" w:type="dxa"/>
          </w:tcPr>
          <w:p w14:paraId="65E35D5F" w14:textId="77777777" w:rsidR="00C64B77" w:rsidRDefault="00C64B77" w:rsidP="00C64B77">
            <w:r>
              <w:t>CE**** SE**** AK****</w:t>
            </w:r>
          </w:p>
        </w:tc>
        <w:tc>
          <w:tcPr>
            <w:tcW w:w="1560" w:type="dxa"/>
          </w:tcPr>
          <w:p w14:paraId="5E81F47B" w14:textId="26978E7C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3A8CECE6" w14:textId="77777777" w:rsidR="00C64B77" w:rsidRDefault="00C64B77" w:rsidP="00C64B77">
            <w:pPr>
              <w:jc w:val="center"/>
            </w:pPr>
            <w:r>
              <w:t>24*****36</w:t>
            </w:r>
          </w:p>
        </w:tc>
        <w:tc>
          <w:tcPr>
            <w:tcW w:w="1560" w:type="dxa"/>
          </w:tcPr>
          <w:p w14:paraId="4B6901B4" w14:textId="77777777" w:rsidR="00C64B77" w:rsidRDefault="00C64B77" w:rsidP="00C64B77">
            <w:r>
              <w:t>Nİ**** ÇE****</w:t>
            </w:r>
          </w:p>
        </w:tc>
        <w:tc>
          <w:tcPr>
            <w:tcW w:w="1560" w:type="dxa"/>
          </w:tcPr>
          <w:p w14:paraId="1673418A" w14:textId="5DA1B9AE" w:rsidR="00C64B77" w:rsidRDefault="00C64B77" w:rsidP="00C64B77">
            <w:r w:rsidRPr="001970CF">
              <w:t>DR. ÖĞR. ÜYESİ NÜ**** KA***</w:t>
            </w:r>
          </w:p>
        </w:tc>
      </w:tr>
      <w:tr w:rsidR="00C64B77" w14:paraId="10CAA6B9" w14:textId="77777777">
        <w:tc>
          <w:tcPr>
            <w:tcW w:w="1560" w:type="dxa"/>
          </w:tcPr>
          <w:p w14:paraId="256F86F1" w14:textId="77777777" w:rsidR="00C64B77" w:rsidRDefault="00C64B77" w:rsidP="00C64B77">
            <w:pPr>
              <w:jc w:val="center"/>
            </w:pPr>
            <w:r>
              <w:t>26*****73</w:t>
            </w:r>
          </w:p>
        </w:tc>
        <w:tc>
          <w:tcPr>
            <w:tcW w:w="1560" w:type="dxa"/>
          </w:tcPr>
          <w:p w14:paraId="4298A397" w14:textId="77777777" w:rsidR="00C64B77" w:rsidRDefault="00C64B77" w:rsidP="00C64B77">
            <w:r>
              <w:t>AY**** KA****</w:t>
            </w:r>
          </w:p>
        </w:tc>
        <w:tc>
          <w:tcPr>
            <w:tcW w:w="1560" w:type="dxa"/>
          </w:tcPr>
          <w:p w14:paraId="74C8C21A" w14:textId="426065AE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54CB4F03" w14:textId="77777777" w:rsidR="00C64B77" w:rsidRDefault="00C64B77" w:rsidP="00C64B77">
            <w:pPr>
              <w:jc w:val="center"/>
            </w:pPr>
            <w:r>
              <w:t>24*****49</w:t>
            </w:r>
          </w:p>
        </w:tc>
        <w:tc>
          <w:tcPr>
            <w:tcW w:w="1560" w:type="dxa"/>
          </w:tcPr>
          <w:p w14:paraId="16A311C4" w14:textId="77777777" w:rsidR="00C64B77" w:rsidRDefault="00C64B77" w:rsidP="00C64B77">
            <w:r>
              <w:t>Nİ**** İP****</w:t>
            </w:r>
          </w:p>
        </w:tc>
        <w:tc>
          <w:tcPr>
            <w:tcW w:w="1560" w:type="dxa"/>
          </w:tcPr>
          <w:p w14:paraId="08ED405B" w14:textId="32AA9EF8" w:rsidR="00C64B77" w:rsidRDefault="00C64B77" w:rsidP="00C64B77">
            <w:r w:rsidRPr="001970CF">
              <w:t>DR. ÖĞR. ÜYESİ NÜ**** KA***</w:t>
            </w:r>
          </w:p>
        </w:tc>
      </w:tr>
      <w:tr w:rsidR="00C64B77" w14:paraId="49BCB509" w14:textId="77777777">
        <w:tc>
          <w:tcPr>
            <w:tcW w:w="1560" w:type="dxa"/>
          </w:tcPr>
          <w:p w14:paraId="496ABB82" w14:textId="77777777" w:rsidR="00C64B77" w:rsidRDefault="00C64B77" w:rsidP="00C64B77">
            <w:pPr>
              <w:jc w:val="center"/>
            </w:pPr>
            <w:r>
              <w:t>26*****74</w:t>
            </w:r>
          </w:p>
        </w:tc>
        <w:tc>
          <w:tcPr>
            <w:tcW w:w="1560" w:type="dxa"/>
          </w:tcPr>
          <w:p w14:paraId="1EA83BD3" w14:textId="77777777" w:rsidR="00C64B77" w:rsidRDefault="00C64B77" w:rsidP="00C64B77">
            <w:r>
              <w:t>ES**** NU**** GÜ****</w:t>
            </w:r>
          </w:p>
        </w:tc>
        <w:tc>
          <w:tcPr>
            <w:tcW w:w="1560" w:type="dxa"/>
          </w:tcPr>
          <w:p w14:paraId="370BE013" w14:textId="3D2ACA8B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5DA00B3F" w14:textId="77777777" w:rsidR="00C64B77" w:rsidRDefault="00C64B77" w:rsidP="00C64B77">
            <w:pPr>
              <w:jc w:val="center"/>
            </w:pPr>
            <w:r>
              <w:t>24*****72</w:t>
            </w:r>
          </w:p>
        </w:tc>
        <w:tc>
          <w:tcPr>
            <w:tcW w:w="1560" w:type="dxa"/>
          </w:tcPr>
          <w:p w14:paraId="5FDC61A0" w14:textId="77777777" w:rsidR="00C64B77" w:rsidRDefault="00C64B77" w:rsidP="00C64B77">
            <w:r>
              <w:t>NU**** GÖ**** KA****</w:t>
            </w:r>
          </w:p>
        </w:tc>
        <w:tc>
          <w:tcPr>
            <w:tcW w:w="1560" w:type="dxa"/>
          </w:tcPr>
          <w:p w14:paraId="249A2CFD" w14:textId="08C02F21" w:rsidR="00C64B77" w:rsidRDefault="00C64B77" w:rsidP="00C64B77">
            <w:r w:rsidRPr="001970CF">
              <w:t>DR. ÖĞR. ÜYESİ NÜ**** KA***</w:t>
            </w:r>
          </w:p>
        </w:tc>
      </w:tr>
      <w:tr w:rsidR="00C64B77" w14:paraId="57D69027" w14:textId="77777777">
        <w:tc>
          <w:tcPr>
            <w:tcW w:w="1560" w:type="dxa"/>
          </w:tcPr>
          <w:p w14:paraId="6779ECEA" w14:textId="77777777" w:rsidR="00C64B77" w:rsidRDefault="00C64B77" w:rsidP="00C64B77">
            <w:pPr>
              <w:jc w:val="center"/>
            </w:pPr>
            <w:r>
              <w:t>26*****75</w:t>
            </w:r>
          </w:p>
        </w:tc>
        <w:tc>
          <w:tcPr>
            <w:tcW w:w="1560" w:type="dxa"/>
          </w:tcPr>
          <w:p w14:paraId="4B82B442" w14:textId="77777777" w:rsidR="00C64B77" w:rsidRDefault="00C64B77" w:rsidP="00C64B77">
            <w:r>
              <w:t>ME**** AK****</w:t>
            </w:r>
          </w:p>
        </w:tc>
        <w:tc>
          <w:tcPr>
            <w:tcW w:w="1560" w:type="dxa"/>
          </w:tcPr>
          <w:p w14:paraId="704A2D5A" w14:textId="5FBE6BA1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68BACCAE" w14:textId="77777777" w:rsidR="00C64B77" w:rsidRDefault="00C64B77" w:rsidP="00C64B77">
            <w:pPr>
              <w:jc w:val="center"/>
            </w:pPr>
            <w:r>
              <w:t>24*****13</w:t>
            </w:r>
          </w:p>
        </w:tc>
        <w:tc>
          <w:tcPr>
            <w:tcW w:w="1560" w:type="dxa"/>
          </w:tcPr>
          <w:p w14:paraId="614B1A22" w14:textId="77777777" w:rsidR="00C64B77" w:rsidRDefault="00C64B77" w:rsidP="00C64B77">
            <w:r>
              <w:t>NU**** YI****</w:t>
            </w:r>
          </w:p>
        </w:tc>
        <w:tc>
          <w:tcPr>
            <w:tcW w:w="1560" w:type="dxa"/>
          </w:tcPr>
          <w:p w14:paraId="19366BE9" w14:textId="637D894E" w:rsidR="00C64B77" w:rsidRDefault="00C64B77" w:rsidP="00C64B77">
            <w:r w:rsidRPr="001970CF">
              <w:t>DR. ÖĞR. ÜYESİ NÜ**** KA***</w:t>
            </w:r>
          </w:p>
        </w:tc>
      </w:tr>
      <w:tr w:rsidR="00C64B77" w14:paraId="2D78FE4F" w14:textId="77777777">
        <w:tc>
          <w:tcPr>
            <w:tcW w:w="1560" w:type="dxa"/>
          </w:tcPr>
          <w:p w14:paraId="5D64FF15" w14:textId="77777777" w:rsidR="00C64B77" w:rsidRDefault="00C64B77" w:rsidP="00C64B77">
            <w:pPr>
              <w:jc w:val="center"/>
            </w:pPr>
            <w:r>
              <w:t>26*****76</w:t>
            </w:r>
          </w:p>
        </w:tc>
        <w:tc>
          <w:tcPr>
            <w:tcW w:w="1560" w:type="dxa"/>
          </w:tcPr>
          <w:p w14:paraId="069ABD72" w14:textId="77777777" w:rsidR="00C64B77" w:rsidRDefault="00C64B77" w:rsidP="00C64B77">
            <w:r>
              <w:t>AY**** ÖZ****</w:t>
            </w:r>
          </w:p>
        </w:tc>
        <w:tc>
          <w:tcPr>
            <w:tcW w:w="1560" w:type="dxa"/>
          </w:tcPr>
          <w:p w14:paraId="796278B5" w14:textId="46EDA70E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51BD9DBB" w14:textId="77777777" w:rsidR="00C64B77" w:rsidRDefault="00C64B77" w:rsidP="00C64B77">
            <w:pPr>
              <w:jc w:val="center"/>
            </w:pPr>
            <w:r>
              <w:t>24*****56</w:t>
            </w:r>
          </w:p>
        </w:tc>
        <w:tc>
          <w:tcPr>
            <w:tcW w:w="1560" w:type="dxa"/>
          </w:tcPr>
          <w:p w14:paraId="7258F103" w14:textId="77777777" w:rsidR="00C64B77" w:rsidRDefault="00C64B77" w:rsidP="00C64B77">
            <w:r>
              <w:t>PE**** EY**** YE****</w:t>
            </w:r>
          </w:p>
        </w:tc>
        <w:tc>
          <w:tcPr>
            <w:tcW w:w="1560" w:type="dxa"/>
          </w:tcPr>
          <w:p w14:paraId="5922F760" w14:textId="1A771FCA" w:rsidR="00C64B77" w:rsidRDefault="00C64B77" w:rsidP="00C64B77">
            <w:r w:rsidRPr="001970CF">
              <w:t>DR. ÖĞR. ÜYESİ NÜ**** KA***</w:t>
            </w:r>
          </w:p>
        </w:tc>
      </w:tr>
      <w:tr w:rsidR="00C64B77" w14:paraId="613169A6" w14:textId="77777777">
        <w:tc>
          <w:tcPr>
            <w:tcW w:w="1560" w:type="dxa"/>
          </w:tcPr>
          <w:p w14:paraId="15C0EDC6" w14:textId="77777777" w:rsidR="00C64B77" w:rsidRDefault="00C64B77" w:rsidP="00C64B77">
            <w:pPr>
              <w:jc w:val="center"/>
            </w:pPr>
            <w:r>
              <w:t>26*****77</w:t>
            </w:r>
          </w:p>
        </w:tc>
        <w:tc>
          <w:tcPr>
            <w:tcW w:w="1560" w:type="dxa"/>
          </w:tcPr>
          <w:p w14:paraId="256E8CF0" w14:textId="77777777" w:rsidR="00C64B77" w:rsidRDefault="00C64B77" w:rsidP="00C64B77">
            <w:r>
              <w:t>LA**** ÇI****</w:t>
            </w:r>
          </w:p>
        </w:tc>
        <w:tc>
          <w:tcPr>
            <w:tcW w:w="1560" w:type="dxa"/>
          </w:tcPr>
          <w:p w14:paraId="1D219C05" w14:textId="0E91F5BF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2D6B3493" w14:textId="77777777" w:rsidR="00C64B77" w:rsidRDefault="00C64B77" w:rsidP="00C64B77">
            <w:pPr>
              <w:jc w:val="center"/>
            </w:pPr>
            <w:r>
              <w:t>24*****79</w:t>
            </w:r>
          </w:p>
        </w:tc>
        <w:tc>
          <w:tcPr>
            <w:tcW w:w="1560" w:type="dxa"/>
          </w:tcPr>
          <w:p w14:paraId="04CCAD31" w14:textId="77777777" w:rsidR="00C64B77" w:rsidRDefault="00C64B77" w:rsidP="00C64B77">
            <w:r>
              <w:t>PI**** AĞ****</w:t>
            </w:r>
          </w:p>
        </w:tc>
        <w:tc>
          <w:tcPr>
            <w:tcW w:w="1560" w:type="dxa"/>
          </w:tcPr>
          <w:p w14:paraId="3B1CF6B6" w14:textId="36C1C48D" w:rsidR="00C64B77" w:rsidRDefault="00C64B77" w:rsidP="00C64B77">
            <w:r w:rsidRPr="001970CF">
              <w:t>DR. ÖĞR. ÜYESİ NÜ**** KA***</w:t>
            </w:r>
          </w:p>
        </w:tc>
      </w:tr>
      <w:tr w:rsidR="00C64B77" w14:paraId="5AC60F57" w14:textId="77777777">
        <w:tc>
          <w:tcPr>
            <w:tcW w:w="1560" w:type="dxa"/>
          </w:tcPr>
          <w:p w14:paraId="3FAEF4B9" w14:textId="77777777" w:rsidR="00C64B77" w:rsidRDefault="00C64B77" w:rsidP="00C64B77">
            <w:pPr>
              <w:jc w:val="center"/>
            </w:pPr>
            <w:r>
              <w:t>26*****78</w:t>
            </w:r>
          </w:p>
        </w:tc>
        <w:tc>
          <w:tcPr>
            <w:tcW w:w="1560" w:type="dxa"/>
          </w:tcPr>
          <w:p w14:paraId="35EF3ADE" w14:textId="77777777" w:rsidR="00C64B77" w:rsidRDefault="00C64B77" w:rsidP="00C64B77">
            <w:r>
              <w:t>ME**** UR****</w:t>
            </w:r>
          </w:p>
        </w:tc>
        <w:tc>
          <w:tcPr>
            <w:tcW w:w="1560" w:type="dxa"/>
          </w:tcPr>
          <w:p w14:paraId="35B23270" w14:textId="676D07BF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1045B9B9" w14:textId="77777777" w:rsidR="00C64B77" w:rsidRDefault="00C64B77" w:rsidP="00C64B77">
            <w:pPr>
              <w:jc w:val="center"/>
            </w:pPr>
            <w:r>
              <w:t>24*****75</w:t>
            </w:r>
          </w:p>
        </w:tc>
        <w:tc>
          <w:tcPr>
            <w:tcW w:w="1560" w:type="dxa"/>
          </w:tcPr>
          <w:p w14:paraId="5DF2A92D" w14:textId="77777777" w:rsidR="00C64B77" w:rsidRDefault="00C64B77" w:rsidP="00C64B77">
            <w:r>
              <w:t>RA**** AY****</w:t>
            </w:r>
          </w:p>
        </w:tc>
        <w:tc>
          <w:tcPr>
            <w:tcW w:w="1560" w:type="dxa"/>
          </w:tcPr>
          <w:p w14:paraId="4150FB50" w14:textId="45B1D653" w:rsidR="00C64B77" w:rsidRDefault="00C64B77" w:rsidP="00C64B77">
            <w:r w:rsidRPr="001970CF">
              <w:t>DR. ÖĞR. ÜYESİ NÜ**** KA***</w:t>
            </w:r>
          </w:p>
        </w:tc>
      </w:tr>
      <w:tr w:rsidR="00C64B77" w14:paraId="5625363D" w14:textId="77777777">
        <w:tc>
          <w:tcPr>
            <w:tcW w:w="1560" w:type="dxa"/>
          </w:tcPr>
          <w:p w14:paraId="7B47704B" w14:textId="77777777" w:rsidR="00C64B77" w:rsidRDefault="00C64B77" w:rsidP="00C64B77">
            <w:pPr>
              <w:jc w:val="center"/>
            </w:pPr>
            <w:r>
              <w:t>26*****79</w:t>
            </w:r>
          </w:p>
        </w:tc>
        <w:tc>
          <w:tcPr>
            <w:tcW w:w="1560" w:type="dxa"/>
          </w:tcPr>
          <w:p w14:paraId="7EABD877" w14:textId="77777777" w:rsidR="00C64B77" w:rsidRDefault="00C64B77" w:rsidP="00C64B77">
            <w:r>
              <w:t>MÜ**** BU****</w:t>
            </w:r>
          </w:p>
        </w:tc>
        <w:tc>
          <w:tcPr>
            <w:tcW w:w="1560" w:type="dxa"/>
          </w:tcPr>
          <w:p w14:paraId="219C4ABD" w14:textId="1A21A816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03EBF1BB" w14:textId="77777777" w:rsidR="00C64B77" w:rsidRDefault="00C64B77" w:rsidP="00C64B77">
            <w:pPr>
              <w:jc w:val="center"/>
            </w:pPr>
            <w:r>
              <w:t>24*****05</w:t>
            </w:r>
          </w:p>
        </w:tc>
        <w:tc>
          <w:tcPr>
            <w:tcW w:w="1560" w:type="dxa"/>
          </w:tcPr>
          <w:p w14:paraId="0DA547D6" w14:textId="77777777" w:rsidR="00C64B77" w:rsidRDefault="00C64B77" w:rsidP="00C64B77">
            <w:r>
              <w:t>RA**** KE****</w:t>
            </w:r>
          </w:p>
        </w:tc>
        <w:tc>
          <w:tcPr>
            <w:tcW w:w="1560" w:type="dxa"/>
          </w:tcPr>
          <w:p w14:paraId="18C1995D" w14:textId="642A722C" w:rsidR="00C64B77" w:rsidRDefault="00C64B77" w:rsidP="00C64B77">
            <w:r w:rsidRPr="001970CF">
              <w:t>DR. ÖĞR. ÜYESİ NÜ**** KA***</w:t>
            </w:r>
          </w:p>
        </w:tc>
      </w:tr>
      <w:tr w:rsidR="00C64B77" w14:paraId="59333AFA" w14:textId="77777777">
        <w:tc>
          <w:tcPr>
            <w:tcW w:w="1560" w:type="dxa"/>
          </w:tcPr>
          <w:p w14:paraId="6C9E9780" w14:textId="77777777" w:rsidR="00C64B77" w:rsidRDefault="00C64B77" w:rsidP="00C64B77">
            <w:pPr>
              <w:jc w:val="center"/>
            </w:pPr>
            <w:r>
              <w:t>26*****80</w:t>
            </w:r>
          </w:p>
        </w:tc>
        <w:tc>
          <w:tcPr>
            <w:tcW w:w="1560" w:type="dxa"/>
          </w:tcPr>
          <w:p w14:paraId="1B27056F" w14:textId="77777777" w:rsidR="00C64B77" w:rsidRDefault="00C64B77" w:rsidP="00C64B77">
            <w:r>
              <w:t>AY**** TU****</w:t>
            </w:r>
          </w:p>
        </w:tc>
        <w:tc>
          <w:tcPr>
            <w:tcW w:w="1560" w:type="dxa"/>
          </w:tcPr>
          <w:p w14:paraId="4308376F" w14:textId="11DE3D53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2D437B70" w14:textId="77777777" w:rsidR="00C64B77" w:rsidRDefault="00C64B77" w:rsidP="00C64B77">
            <w:pPr>
              <w:jc w:val="center"/>
            </w:pPr>
            <w:r>
              <w:t>24*****11</w:t>
            </w:r>
          </w:p>
        </w:tc>
        <w:tc>
          <w:tcPr>
            <w:tcW w:w="1560" w:type="dxa"/>
          </w:tcPr>
          <w:p w14:paraId="10E33090" w14:textId="77777777" w:rsidR="00C64B77" w:rsidRDefault="00C64B77" w:rsidP="00C64B77">
            <w:r>
              <w:t>RA**** KA****</w:t>
            </w:r>
          </w:p>
        </w:tc>
        <w:tc>
          <w:tcPr>
            <w:tcW w:w="1560" w:type="dxa"/>
          </w:tcPr>
          <w:p w14:paraId="76CAB29D" w14:textId="61D2AD88" w:rsidR="00C64B77" w:rsidRDefault="00C64B77" w:rsidP="00C64B77">
            <w:r w:rsidRPr="001970CF">
              <w:t>DR. ÖĞR. ÜYESİ NÜ**** KA***</w:t>
            </w:r>
          </w:p>
        </w:tc>
      </w:tr>
      <w:tr w:rsidR="00C64B77" w14:paraId="73E27A6F" w14:textId="77777777">
        <w:tc>
          <w:tcPr>
            <w:tcW w:w="1560" w:type="dxa"/>
          </w:tcPr>
          <w:p w14:paraId="1D6A7219" w14:textId="77777777" w:rsidR="00C64B77" w:rsidRDefault="00C64B77" w:rsidP="00C64B77">
            <w:pPr>
              <w:jc w:val="center"/>
            </w:pPr>
            <w:r>
              <w:t>26*****81</w:t>
            </w:r>
          </w:p>
        </w:tc>
        <w:tc>
          <w:tcPr>
            <w:tcW w:w="1560" w:type="dxa"/>
          </w:tcPr>
          <w:p w14:paraId="17A7E46E" w14:textId="77777777" w:rsidR="00C64B77" w:rsidRDefault="00C64B77" w:rsidP="00C64B77">
            <w:r>
              <w:t>SÜ**** SÜ****</w:t>
            </w:r>
          </w:p>
        </w:tc>
        <w:tc>
          <w:tcPr>
            <w:tcW w:w="1560" w:type="dxa"/>
          </w:tcPr>
          <w:p w14:paraId="1EF2FE0B" w14:textId="064085E7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6B08BAAB" w14:textId="77777777" w:rsidR="00C64B77" w:rsidRDefault="00C64B77" w:rsidP="00C64B77">
            <w:pPr>
              <w:jc w:val="center"/>
            </w:pPr>
            <w:r>
              <w:t>24*****67</w:t>
            </w:r>
          </w:p>
        </w:tc>
        <w:tc>
          <w:tcPr>
            <w:tcW w:w="1560" w:type="dxa"/>
          </w:tcPr>
          <w:p w14:paraId="48EE27AF" w14:textId="77777777" w:rsidR="00C64B77" w:rsidRDefault="00C64B77" w:rsidP="00C64B77">
            <w:r>
              <w:t>RE**** KI****</w:t>
            </w:r>
          </w:p>
        </w:tc>
        <w:tc>
          <w:tcPr>
            <w:tcW w:w="1560" w:type="dxa"/>
          </w:tcPr>
          <w:p w14:paraId="73753E43" w14:textId="53ADFCC9" w:rsidR="00C64B77" w:rsidRDefault="00C64B77" w:rsidP="00C64B77">
            <w:r w:rsidRPr="001970CF">
              <w:t>DR. ÖĞR. ÜYESİ NÜ**** KA***</w:t>
            </w:r>
          </w:p>
        </w:tc>
      </w:tr>
      <w:tr w:rsidR="00C64B77" w14:paraId="063D564B" w14:textId="77777777">
        <w:tc>
          <w:tcPr>
            <w:tcW w:w="1560" w:type="dxa"/>
          </w:tcPr>
          <w:p w14:paraId="527FFC51" w14:textId="77777777" w:rsidR="00C64B77" w:rsidRDefault="00C64B77" w:rsidP="00C64B77">
            <w:pPr>
              <w:jc w:val="center"/>
            </w:pPr>
            <w:r>
              <w:t>26*****83</w:t>
            </w:r>
          </w:p>
        </w:tc>
        <w:tc>
          <w:tcPr>
            <w:tcW w:w="1560" w:type="dxa"/>
          </w:tcPr>
          <w:p w14:paraId="12FFA358" w14:textId="77777777" w:rsidR="00C64B77" w:rsidRDefault="00C64B77" w:rsidP="00C64B77">
            <w:r>
              <w:t>NI**** NU**** ÇO****</w:t>
            </w:r>
          </w:p>
        </w:tc>
        <w:tc>
          <w:tcPr>
            <w:tcW w:w="1560" w:type="dxa"/>
          </w:tcPr>
          <w:p w14:paraId="742A1A5E" w14:textId="4DAEBAC3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0E427938" w14:textId="77777777" w:rsidR="00C64B77" w:rsidRDefault="00C64B77" w:rsidP="00C64B77">
            <w:pPr>
              <w:jc w:val="center"/>
            </w:pPr>
            <w:r>
              <w:t>24*****85</w:t>
            </w:r>
          </w:p>
        </w:tc>
        <w:tc>
          <w:tcPr>
            <w:tcW w:w="1560" w:type="dxa"/>
          </w:tcPr>
          <w:p w14:paraId="27311091" w14:textId="77777777" w:rsidR="00C64B77" w:rsidRDefault="00C64B77" w:rsidP="00C64B77">
            <w:r>
              <w:t>RO**** ZA****</w:t>
            </w:r>
          </w:p>
        </w:tc>
        <w:tc>
          <w:tcPr>
            <w:tcW w:w="1560" w:type="dxa"/>
          </w:tcPr>
          <w:p w14:paraId="20555F7F" w14:textId="06ED0A54" w:rsidR="00C64B77" w:rsidRDefault="00C64B77" w:rsidP="00C64B77">
            <w:r w:rsidRPr="001970CF">
              <w:t>DR. ÖĞR. ÜYESİ NÜ**** KA***</w:t>
            </w:r>
          </w:p>
        </w:tc>
      </w:tr>
      <w:tr w:rsidR="00C64B77" w14:paraId="64C30E5A" w14:textId="77777777">
        <w:tc>
          <w:tcPr>
            <w:tcW w:w="1560" w:type="dxa"/>
          </w:tcPr>
          <w:p w14:paraId="7A2435D6" w14:textId="77777777" w:rsidR="00C64B77" w:rsidRDefault="00C64B77" w:rsidP="00C64B77">
            <w:pPr>
              <w:jc w:val="center"/>
            </w:pPr>
            <w:r>
              <w:t>26*****84</w:t>
            </w:r>
          </w:p>
        </w:tc>
        <w:tc>
          <w:tcPr>
            <w:tcW w:w="1560" w:type="dxa"/>
          </w:tcPr>
          <w:p w14:paraId="5A325497" w14:textId="77777777" w:rsidR="00C64B77" w:rsidRDefault="00C64B77" w:rsidP="00C64B77">
            <w:r>
              <w:t>FA**** YA****</w:t>
            </w:r>
          </w:p>
        </w:tc>
        <w:tc>
          <w:tcPr>
            <w:tcW w:w="1560" w:type="dxa"/>
          </w:tcPr>
          <w:p w14:paraId="57E41CD1" w14:textId="4995D28F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65325058" w14:textId="77777777" w:rsidR="00C64B77" w:rsidRDefault="00C64B77" w:rsidP="00C64B77">
            <w:pPr>
              <w:jc w:val="center"/>
            </w:pPr>
            <w:r>
              <w:t>24*****64</w:t>
            </w:r>
          </w:p>
        </w:tc>
        <w:tc>
          <w:tcPr>
            <w:tcW w:w="1560" w:type="dxa"/>
          </w:tcPr>
          <w:p w14:paraId="564138AD" w14:textId="77777777" w:rsidR="00C64B77" w:rsidRDefault="00C64B77" w:rsidP="00C64B77">
            <w:r>
              <w:t>RU**** GÖ****</w:t>
            </w:r>
          </w:p>
        </w:tc>
        <w:tc>
          <w:tcPr>
            <w:tcW w:w="1560" w:type="dxa"/>
          </w:tcPr>
          <w:p w14:paraId="1F283697" w14:textId="1A9D621D" w:rsidR="00C64B77" w:rsidRDefault="00C64B77" w:rsidP="00C64B77">
            <w:r w:rsidRPr="001970CF">
              <w:t>DR. ÖĞR. ÜYESİ NÜ**** KA***</w:t>
            </w:r>
          </w:p>
        </w:tc>
      </w:tr>
      <w:tr w:rsidR="00C64B77" w14:paraId="371CEA9F" w14:textId="77777777">
        <w:tc>
          <w:tcPr>
            <w:tcW w:w="1560" w:type="dxa"/>
          </w:tcPr>
          <w:p w14:paraId="2A0A882F" w14:textId="77777777" w:rsidR="00C64B77" w:rsidRDefault="00C64B77" w:rsidP="00C64B77">
            <w:pPr>
              <w:jc w:val="center"/>
            </w:pPr>
            <w:r>
              <w:t>26*****85</w:t>
            </w:r>
          </w:p>
        </w:tc>
        <w:tc>
          <w:tcPr>
            <w:tcW w:w="1560" w:type="dxa"/>
          </w:tcPr>
          <w:p w14:paraId="711745B8" w14:textId="77777777" w:rsidR="00C64B77" w:rsidRDefault="00C64B77" w:rsidP="00C64B77">
            <w:r>
              <w:t>SE**** GÜ****</w:t>
            </w:r>
          </w:p>
        </w:tc>
        <w:tc>
          <w:tcPr>
            <w:tcW w:w="1560" w:type="dxa"/>
          </w:tcPr>
          <w:p w14:paraId="24DA8B19" w14:textId="7AE58128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6F16FD18" w14:textId="77777777" w:rsidR="00C64B77" w:rsidRDefault="00C64B77" w:rsidP="00C64B77">
            <w:pPr>
              <w:jc w:val="center"/>
            </w:pPr>
            <w:r>
              <w:t>24*****69</w:t>
            </w:r>
          </w:p>
        </w:tc>
        <w:tc>
          <w:tcPr>
            <w:tcW w:w="1560" w:type="dxa"/>
          </w:tcPr>
          <w:p w14:paraId="5FF878B4" w14:textId="77777777" w:rsidR="00C64B77" w:rsidRDefault="00C64B77" w:rsidP="00C64B77">
            <w:r>
              <w:t>RU**** ÖZ****</w:t>
            </w:r>
          </w:p>
        </w:tc>
        <w:tc>
          <w:tcPr>
            <w:tcW w:w="1560" w:type="dxa"/>
          </w:tcPr>
          <w:p w14:paraId="5A3B7C50" w14:textId="2CB075BD" w:rsidR="00C64B77" w:rsidRDefault="00C64B77" w:rsidP="00C64B77">
            <w:r w:rsidRPr="001970CF">
              <w:t>DR. ÖĞR. ÜYESİ NÜ**** KA***</w:t>
            </w:r>
          </w:p>
        </w:tc>
      </w:tr>
      <w:tr w:rsidR="00C64B77" w14:paraId="6F22A66F" w14:textId="77777777">
        <w:tc>
          <w:tcPr>
            <w:tcW w:w="1560" w:type="dxa"/>
          </w:tcPr>
          <w:p w14:paraId="6B619C44" w14:textId="77777777" w:rsidR="00C64B77" w:rsidRDefault="00C64B77" w:rsidP="00C64B77">
            <w:pPr>
              <w:jc w:val="center"/>
            </w:pPr>
            <w:r>
              <w:t>26*****86</w:t>
            </w:r>
          </w:p>
        </w:tc>
        <w:tc>
          <w:tcPr>
            <w:tcW w:w="1560" w:type="dxa"/>
          </w:tcPr>
          <w:p w14:paraId="1AB4D9FC" w14:textId="77777777" w:rsidR="00C64B77" w:rsidRDefault="00C64B77" w:rsidP="00C64B77">
            <w:r>
              <w:t xml:space="preserve">ME**** </w:t>
            </w:r>
            <w:r>
              <w:lastRenderedPageBreak/>
              <w:t>CE**** SÖ****</w:t>
            </w:r>
          </w:p>
        </w:tc>
        <w:tc>
          <w:tcPr>
            <w:tcW w:w="1560" w:type="dxa"/>
          </w:tcPr>
          <w:p w14:paraId="271B6700" w14:textId="1D398B0A" w:rsidR="00C64B77" w:rsidRDefault="00C64B77" w:rsidP="00C64B77">
            <w:r>
              <w:lastRenderedPageBreak/>
              <w:t xml:space="preserve">ÖĞR. GÖR. </w:t>
            </w:r>
            <w:r>
              <w:lastRenderedPageBreak/>
              <w:t>HA*** TO**** KE***</w:t>
            </w:r>
          </w:p>
        </w:tc>
        <w:tc>
          <w:tcPr>
            <w:tcW w:w="1560" w:type="dxa"/>
          </w:tcPr>
          <w:p w14:paraId="614B254B" w14:textId="77777777" w:rsidR="00C64B77" w:rsidRDefault="00C64B77" w:rsidP="00C64B77">
            <w:pPr>
              <w:jc w:val="center"/>
            </w:pPr>
            <w:r>
              <w:lastRenderedPageBreak/>
              <w:t>24*****74</w:t>
            </w:r>
          </w:p>
        </w:tc>
        <w:tc>
          <w:tcPr>
            <w:tcW w:w="1560" w:type="dxa"/>
          </w:tcPr>
          <w:p w14:paraId="1AE2943A" w14:textId="77777777" w:rsidR="00C64B77" w:rsidRDefault="00C64B77" w:rsidP="00C64B77">
            <w:r>
              <w:t xml:space="preserve">RÜ**** İL**** </w:t>
            </w:r>
            <w:r>
              <w:lastRenderedPageBreak/>
              <w:t>HA****</w:t>
            </w:r>
          </w:p>
        </w:tc>
        <w:tc>
          <w:tcPr>
            <w:tcW w:w="1560" w:type="dxa"/>
          </w:tcPr>
          <w:p w14:paraId="015D30B8" w14:textId="3A6D9CFF" w:rsidR="00C64B77" w:rsidRDefault="00C64B77" w:rsidP="00C64B77">
            <w:r w:rsidRPr="001970CF">
              <w:lastRenderedPageBreak/>
              <w:t xml:space="preserve">DR. ÖĞR. </w:t>
            </w:r>
            <w:r w:rsidRPr="001970CF">
              <w:lastRenderedPageBreak/>
              <w:t>ÜYESİ NÜ**** KA***</w:t>
            </w:r>
          </w:p>
        </w:tc>
      </w:tr>
      <w:tr w:rsidR="00C64B77" w14:paraId="5D957C06" w14:textId="77777777">
        <w:tc>
          <w:tcPr>
            <w:tcW w:w="1560" w:type="dxa"/>
          </w:tcPr>
          <w:p w14:paraId="1F57D4E2" w14:textId="77777777" w:rsidR="00C64B77" w:rsidRDefault="00C64B77" w:rsidP="00C64B77">
            <w:pPr>
              <w:jc w:val="center"/>
            </w:pPr>
            <w:r>
              <w:lastRenderedPageBreak/>
              <w:t>26*****87</w:t>
            </w:r>
          </w:p>
        </w:tc>
        <w:tc>
          <w:tcPr>
            <w:tcW w:w="1560" w:type="dxa"/>
          </w:tcPr>
          <w:p w14:paraId="078E97FB" w14:textId="77777777" w:rsidR="00C64B77" w:rsidRDefault="00C64B77" w:rsidP="00C64B77">
            <w:r>
              <w:t>NI**** NU**** AC****</w:t>
            </w:r>
          </w:p>
        </w:tc>
        <w:tc>
          <w:tcPr>
            <w:tcW w:w="1560" w:type="dxa"/>
          </w:tcPr>
          <w:p w14:paraId="04691C4E" w14:textId="6F695618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4F6F7E94" w14:textId="77777777" w:rsidR="00C64B77" w:rsidRDefault="00C64B77" w:rsidP="00C64B77">
            <w:pPr>
              <w:jc w:val="center"/>
            </w:pPr>
            <w:r>
              <w:t>24*****44</w:t>
            </w:r>
          </w:p>
        </w:tc>
        <w:tc>
          <w:tcPr>
            <w:tcW w:w="1560" w:type="dxa"/>
          </w:tcPr>
          <w:p w14:paraId="0357CDFC" w14:textId="77777777" w:rsidR="00C64B77" w:rsidRDefault="00C64B77" w:rsidP="00C64B77">
            <w:r>
              <w:t>RÜ**** YI****</w:t>
            </w:r>
          </w:p>
        </w:tc>
        <w:tc>
          <w:tcPr>
            <w:tcW w:w="1560" w:type="dxa"/>
          </w:tcPr>
          <w:p w14:paraId="5A85E455" w14:textId="3FCED6EF" w:rsidR="00C64B77" w:rsidRDefault="00C64B77" w:rsidP="00C64B77">
            <w:r w:rsidRPr="001970CF">
              <w:t>DR. ÖĞR. ÜYESİ NÜ**** KA***</w:t>
            </w:r>
          </w:p>
        </w:tc>
      </w:tr>
      <w:tr w:rsidR="00C64B77" w14:paraId="3245BFBD" w14:textId="77777777">
        <w:tc>
          <w:tcPr>
            <w:tcW w:w="1560" w:type="dxa"/>
          </w:tcPr>
          <w:p w14:paraId="4AC3E8A4" w14:textId="77777777" w:rsidR="00C64B77" w:rsidRDefault="00C64B77" w:rsidP="00C64B77">
            <w:pPr>
              <w:jc w:val="center"/>
            </w:pPr>
            <w:r>
              <w:t>26*****88</w:t>
            </w:r>
          </w:p>
        </w:tc>
        <w:tc>
          <w:tcPr>
            <w:tcW w:w="1560" w:type="dxa"/>
          </w:tcPr>
          <w:p w14:paraId="58C0BC16" w14:textId="77777777" w:rsidR="00C64B77" w:rsidRDefault="00C64B77" w:rsidP="00C64B77">
            <w:r>
              <w:t>ME**** KI****</w:t>
            </w:r>
          </w:p>
        </w:tc>
        <w:tc>
          <w:tcPr>
            <w:tcW w:w="1560" w:type="dxa"/>
          </w:tcPr>
          <w:p w14:paraId="74FC7008" w14:textId="3221F999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1362CD28" w14:textId="77777777" w:rsidR="00C64B77" w:rsidRDefault="00C64B77" w:rsidP="00C64B77">
            <w:pPr>
              <w:jc w:val="center"/>
            </w:pPr>
            <w:r>
              <w:t>24*****62</w:t>
            </w:r>
          </w:p>
        </w:tc>
        <w:tc>
          <w:tcPr>
            <w:tcW w:w="1560" w:type="dxa"/>
          </w:tcPr>
          <w:p w14:paraId="506540BC" w14:textId="77777777" w:rsidR="00C64B77" w:rsidRDefault="00C64B77" w:rsidP="00C64B77">
            <w:r>
              <w:t>RÜ**** GÖ****</w:t>
            </w:r>
          </w:p>
        </w:tc>
        <w:tc>
          <w:tcPr>
            <w:tcW w:w="1560" w:type="dxa"/>
          </w:tcPr>
          <w:p w14:paraId="577157E5" w14:textId="2CCD2F6C" w:rsidR="00C64B77" w:rsidRDefault="00C64B77" w:rsidP="00C64B77">
            <w:r w:rsidRPr="001970CF">
              <w:t>DR. ÖĞR. ÜYESİ NÜ**** KA***</w:t>
            </w:r>
          </w:p>
        </w:tc>
      </w:tr>
      <w:tr w:rsidR="00C64B77" w14:paraId="2CA12686" w14:textId="77777777">
        <w:tc>
          <w:tcPr>
            <w:tcW w:w="1560" w:type="dxa"/>
          </w:tcPr>
          <w:p w14:paraId="38D97D71" w14:textId="77777777" w:rsidR="00C64B77" w:rsidRDefault="00C64B77" w:rsidP="00C64B77">
            <w:pPr>
              <w:jc w:val="center"/>
            </w:pPr>
            <w:r>
              <w:t>26*****89</w:t>
            </w:r>
          </w:p>
        </w:tc>
        <w:tc>
          <w:tcPr>
            <w:tcW w:w="1560" w:type="dxa"/>
          </w:tcPr>
          <w:p w14:paraId="0AAE3258" w14:textId="77777777" w:rsidR="00C64B77" w:rsidRDefault="00C64B77" w:rsidP="00C64B77">
            <w:r>
              <w:t>EL**** ÇI****</w:t>
            </w:r>
          </w:p>
        </w:tc>
        <w:tc>
          <w:tcPr>
            <w:tcW w:w="1560" w:type="dxa"/>
          </w:tcPr>
          <w:p w14:paraId="57CE08B9" w14:textId="4D30E1F8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1631883C" w14:textId="77777777" w:rsidR="00C64B77" w:rsidRDefault="00C64B77" w:rsidP="00C64B77">
            <w:pPr>
              <w:jc w:val="center"/>
            </w:pPr>
            <w:r>
              <w:t>24*****28</w:t>
            </w:r>
          </w:p>
        </w:tc>
        <w:tc>
          <w:tcPr>
            <w:tcW w:w="1560" w:type="dxa"/>
          </w:tcPr>
          <w:p w14:paraId="05443646" w14:textId="77777777" w:rsidR="00C64B77" w:rsidRDefault="00C64B77" w:rsidP="00C64B77">
            <w:r>
              <w:t>SI**** NU**** KA****</w:t>
            </w:r>
          </w:p>
        </w:tc>
        <w:tc>
          <w:tcPr>
            <w:tcW w:w="1560" w:type="dxa"/>
          </w:tcPr>
          <w:p w14:paraId="24E2D20E" w14:textId="7BCAAD13" w:rsidR="00C64B77" w:rsidRDefault="00C64B77" w:rsidP="00C64B77">
            <w:r w:rsidRPr="001970CF">
              <w:t>DR. ÖĞR. ÜYESİ NÜ**** KA***</w:t>
            </w:r>
          </w:p>
        </w:tc>
      </w:tr>
      <w:tr w:rsidR="00C64B77" w14:paraId="052B37B7" w14:textId="77777777">
        <w:tc>
          <w:tcPr>
            <w:tcW w:w="1560" w:type="dxa"/>
          </w:tcPr>
          <w:p w14:paraId="3D4FA870" w14:textId="77777777" w:rsidR="00C64B77" w:rsidRDefault="00C64B77" w:rsidP="00C64B77">
            <w:pPr>
              <w:jc w:val="center"/>
            </w:pPr>
            <w:r>
              <w:t>26*****90</w:t>
            </w:r>
          </w:p>
        </w:tc>
        <w:tc>
          <w:tcPr>
            <w:tcW w:w="1560" w:type="dxa"/>
          </w:tcPr>
          <w:p w14:paraId="33FDAEA6" w14:textId="77777777" w:rsidR="00C64B77" w:rsidRDefault="00C64B77" w:rsidP="00C64B77">
            <w:r>
              <w:t>EM**** İC**** CA****</w:t>
            </w:r>
          </w:p>
        </w:tc>
        <w:tc>
          <w:tcPr>
            <w:tcW w:w="1560" w:type="dxa"/>
          </w:tcPr>
          <w:p w14:paraId="2621E79B" w14:textId="7CCC2810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7DBEDBDA" w14:textId="77777777" w:rsidR="00C64B77" w:rsidRDefault="00C64B77" w:rsidP="00C64B77">
            <w:pPr>
              <w:jc w:val="center"/>
            </w:pPr>
            <w:r>
              <w:t>24*****54</w:t>
            </w:r>
          </w:p>
        </w:tc>
        <w:tc>
          <w:tcPr>
            <w:tcW w:w="1560" w:type="dxa"/>
          </w:tcPr>
          <w:p w14:paraId="1E054364" w14:textId="77777777" w:rsidR="00C64B77" w:rsidRDefault="00C64B77" w:rsidP="00C64B77">
            <w:r>
              <w:t>SU**** NU**** GÜ****</w:t>
            </w:r>
          </w:p>
        </w:tc>
        <w:tc>
          <w:tcPr>
            <w:tcW w:w="1560" w:type="dxa"/>
          </w:tcPr>
          <w:p w14:paraId="4AF71D48" w14:textId="2F0C1CC4" w:rsidR="00C64B77" w:rsidRDefault="00C64B77" w:rsidP="00C64B77">
            <w:r w:rsidRPr="001970CF">
              <w:t>DR. ÖĞR. ÜYESİ NÜ**** KA***</w:t>
            </w:r>
          </w:p>
        </w:tc>
      </w:tr>
      <w:tr w:rsidR="00C64B77" w14:paraId="60EB7787" w14:textId="77777777">
        <w:tc>
          <w:tcPr>
            <w:tcW w:w="1560" w:type="dxa"/>
          </w:tcPr>
          <w:p w14:paraId="660511D0" w14:textId="77777777" w:rsidR="00C64B77" w:rsidRDefault="00C64B77" w:rsidP="00C64B77">
            <w:pPr>
              <w:jc w:val="center"/>
            </w:pPr>
            <w:r>
              <w:t>26*****91</w:t>
            </w:r>
          </w:p>
        </w:tc>
        <w:tc>
          <w:tcPr>
            <w:tcW w:w="1560" w:type="dxa"/>
          </w:tcPr>
          <w:p w14:paraId="6B894A73" w14:textId="77777777" w:rsidR="00C64B77" w:rsidRDefault="00C64B77" w:rsidP="00C64B77">
            <w:r>
              <w:t>İR**** OL****</w:t>
            </w:r>
          </w:p>
        </w:tc>
        <w:tc>
          <w:tcPr>
            <w:tcW w:w="1560" w:type="dxa"/>
          </w:tcPr>
          <w:p w14:paraId="0CFA2194" w14:textId="79AFFDF7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72E6F1B8" w14:textId="77777777" w:rsidR="00C64B77" w:rsidRDefault="00C64B77" w:rsidP="00C64B77">
            <w:pPr>
              <w:jc w:val="center"/>
            </w:pPr>
            <w:r>
              <w:t>24*****42</w:t>
            </w:r>
          </w:p>
        </w:tc>
        <w:tc>
          <w:tcPr>
            <w:tcW w:w="1560" w:type="dxa"/>
          </w:tcPr>
          <w:p w14:paraId="20D42093" w14:textId="77777777" w:rsidR="00C64B77" w:rsidRDefault="00C64B77" w:rsidP="00C64B77">
            <w:r>
              <w:t>SU**** NU**** KA****</w:t>
            </w:r>
          </w:p>
        </w:tc>
        <w:tc>
          <w:tcPr>
            <w:tcW w:w="1560" w:type="dxa"/>
          </w:tcPr>
          <w:p w14:paraId="04F25D21" w14:textId="01CFD6C5" w:rsidR="00C64B77" w:rsidRDefault="00C64B77" w:rsidP="00C64B77">
            <w:r w:rsidRPr="001970CF">
              <w:t>DR. ÖĞR. ÜYESİ NÜ**** KA***</w:t>
            </w:r>
          </w:p>
        </w:tc>
      </w:tr>
      <w:tr w:rsidR="00C64B77" w14:paraId="393FB1DD" w14:textId="77777777">
        <w:tc>
          <w:tcPr>
            <w:tcW w:w="1560" w:type="dxa"/>
          </w:tcPr>
          <w:p w14:paraId="44556D41" w14:textId="77777777" w:rsidR="00C64B77" w:rsidRDefault="00C64B77" w:rsidP="00C64B77">
            <w:pPr>
              <w:jc w:val="center"/>
            </w:pPr>
            <w:r>
              <w:t>26*****92</w:t>
            </w:r>
          </w:p>
        </w:tc>
        <w:tc>
          <w:tcPr>
            <w:tcW w:w="1560" w:type="dxa"/>
          </w:tcPr>
          <w:p w14:paraId="1C4D3015" w14:textId="77777777" w:rsidR="00C64B77" w:rsidRDefault="00C64B77" w:rsidP="00C64B77">
            <w:r>
              <w:t>PE**** SE****</w:t>
            </w:r>
          </w:p>
        </w:tc>
        <w:tc>
          <w:tcPr>
            <w:tcW w:w="1560" w:type="dxa"/>
          </w:tcPr>
          <w:p w14:paraId="583A4475" w14:textId="4401FF34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4E612A80" w14:textId="77777777" w:rsidR="00C64B77" w:rsidRDefault="00C64B77" w:rsidP="00C64B77">
            <w:pPr>
              <w:jc w:val="center"/>
            </w:pPr>
            <w:r>
              <w:t>24*****22</w:t>
            </w:r>
          </w:p>
        </w:tc>
        <w:tc>
          <w:tcPr>
            <w:tcW w:w="1560" w:type="dxa"/>
          </w:tcPr>
          <w:p w14:paraId="00A83CDB" w14:textId="77777777" w:rsidR="00C64B77" w:rsidRDefault="00C64B77" w:rsidP="00C64B77">
            <w:r>
              <w:t>SU**** UĞ****</w:t>
            </w:r>
          </w:p>
        </w:tc>
        <w:tc>
          <w:tcPr>
            <w:tcW w:w="1560" w:type="dxa"/>
          </w:tcPr>
          <w:p w14:paraId="5133548E" w14:textId="434D8696" w:rsidR="00C64B77" w:rsidRDefault="00C64B77" w:rsidP="00C64B77">
            <w:r w:rsidRPr="001970CF">
              <w:t>DR. ÖĞR. ÜYESİ NÜ**** KA***</w:t>
            </w:r>
          </w:p>
        </w:tc>
      </w:tr>
      <w:tr w:rsidR="00C64B77" w14:paraId="17465B38" w14:textId="77777777">
        <w:tc>
          <w:tcPr>
            <w:tcW w:w="1560" w:type="dxa"/>
          </w:tcPr>
          <w:p w14:paraId="5B974E44" w14:textId="77777777" w:rsidR="00C64B77" w:rsidRDefault="00C64B77" w:rsidP="00C64B77">
            <w:pPr>
              <w:jc w:val="center"/>
            </w:pPr>
            <w:r>
              <w:t>26*****93</w:t>
            </w:r>
          </w:p>
        </w:tc>
        <w:tc>
          <w:tcPr>
            <w:tcW w:w="1560" w:type="dxa"/>
          </w:tcPr>
          <w:p w14:paraId="56A25E85" w14:textId="77777777" w:rsidR="00C64B77" w:rsidRDefault="00C64B77" w:rsidP="00C64B77">
            <w:r>
              <w:t>KI**** NI**** ŞE****</w:t>
            </w:r>
          </w:p>
        </w:tc>
        <w:tc>
          <w:tcPr>
            <w:tcW w:w="1560" w:type="dxa"/>
          </w:tcPr>
          <w:p w14:paraId="2E10E9A9" w14:textId="2614AF5E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59E0CDF6" w14:textId="77777777" w:rsidR="00C64B77" w:rsidRDefault="00C64B77" w:rsidP="00C64B77">
            <w:pPr>
              <w:jc w:val="center"/>
            </w:pPr>
            <w:r>
              <w:t>24*****55</w:t>
            </w:r>
          </w:p>
        </w:tc>
        <w:tc>
          <w:tcPr>
            <w:tcW w:w="1560" w:type="dxa"/>
          </w:tcPr>
          <w:p w14:paraId="204A40D8" w14:textId="77777777" w:rsidR="00C64B77" w:rsidRDefault="00C64B77" w:rsidP="00C64B77">
            <w:r>
              <w:t>SU**** AS****</w:t>
            </w:r>
          </w:p>
        </w:tc>
        <w:tc>
          <w:tcPr>
            <w:tcW w:w="1560" w:type="dxa"/>
          </w:tcPr>
          <w:p w14:paraId="5BA65637" w14:textId="43F3DFE3" w:rsidR="00C64B77" w:rsidRDefault="00C64B77" w:rsidP="00C64B77">
            <w:r w:rsidRPr="001970CF">
              <w:t>DR. ÖĞR. ÜYESİ NÜ**** KA***</w:t>
            </w:r>
          </w:p>
        </w:tc>
      </w:tr>
      <w:tr w:rsidR="00C64B77" w14:paraId="0FFEF42B" w14:textId="77777777">
        <w:tc>
          <w:tcPr>
            <w:tcW w:w="1560" w:type="dxa"/>
          </w:tcPr>
          <w:p w14:paraId="012621A7" w14:textId="77777777" w:rsidR="00C64B77" w:rsidRDefault="00C64B77" w:rsidP="00C64B77">
            <w:pPr>
              <w:jc w:val="center"/>
            </w:pPr>
            <w:r>
              <w:t>26*****95</w:t>
            </w:r>
          </w:p>
        </w:tc>
        <w:tc>
          <w:tcPr>
            <w:tcW w:w="1560" w:type="dxa"/>
          </w:tcPr>
          <w:p w14:paraId="2EE5C0E3" w14:textId="77777777" w:rsidR="00C64B77" w:rsidRDefault="00C64B77" w:rsidP="00C64B77">
            <w:r>
              <w:t>ZE**** ŞA****</w:t>
            </w:r>
          </w:p>
        </w:tc>
        <w:tc>
          <w:tcPr>
            <w:tcW w:w="1560" w:type="dxa"/>
          </w:tcPr>
          <w:p w14:paraId="3F25874D" w14:textId="2EBE5333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1DC47B37" w14:textId="77777777" w:rsidR="00C64B77" w:rsidRDefault="00C64B77" w:rsidP="00C64B77">
            <w:pPr>
              <w:jc w:val="center"/>
            </w:pPr>
            <w:r>
              <w:t>24*****35</w:t>
            </w:r>
          </w:p>
        </w:tc>
        <w:tc>
          <w:tcPr>
            <w:tcW w:w="1560" w:type="dxa"/>
          </w:tcPr>
          <w:p w14:paraId="15B7ADDF" w14:textId="77777777" w:rsidR="00C64B77" w:rsidRDefault="00C64B77" w:rsidP="00C64B77">
            <w:r>
              <w:t>ÜM**** GÜ**** ÇE****</w:t>
            </w:r>
          </w:p>
        </w:tc>
        <w:tc>
          <w:tcPr>
            <w:tcW w:w="1560" w:type="dxa"/>
          </w:tcPr>
          <w:p w14:paraId="42960307" w14:textId="35FCACD9" w:rsidR="00C64B77" w:rsidRDefault="00C64B77" w:rsidP="00C64B77">
            <w:r w:rsidRPr="001970CF">
              <w:t>DR. ÖĞR. ÜYESİ NÜ**** KA***</w:t>
            </w:r>
          </w:p>
        </w:tc>
      </w:tr>
      <w:tr w:rsidR="00C64B77" w14:paraId="2C841EE8" w14:textId="77777777">
        <w:tc>
          <w:tcPr>
            <w:tcW w:w="1560" w:type="dxa"/>
          </w:tcPr>
          <w:p w14:paraId="42E9DA2E" w14:textId="77777777" w:rsidR="00C64B77" w:rsidRDefault="00C64B77" w:rsidP="00C64B77">
            <w:pPr>
              <w:jc w:val="center"/>
            </w:pPr>
            <w:r>
              <w:t>26*****96</w:t>
            </w:r>
          </w:p>
        </w:tc>
        <w:tc>
          <w:tcPr>
            <w:tcW w:w="1560" w:type="dxa"/>
          </w:tcPr>
          <w:p w14:paraId="2063F845" w14:textId="77777777" w:rsidR="00C64B77" w:rsidRDefault="00C64B77" w:rsidP="00C64B77">
            <w:r>
              <w:t>AL**** KA****</w:t>
            </w:r>
          </w:p>
        </w:tc>
        <w:tc>
          <w:tcPr>
            <w:tcW w:w="1560" w:type="dxa"/>
          </w:tcPr>
          <w:p w14:paraId="36383593" w14:textId="2C931BDD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256C1F52" w14:textId="77777777" w:rsidR="00C64B77" w:rsidRDefault="00C64B77" w:rsidP="00C64B77">
            <w:pPr>
              <w:jc w:val="center"/>
            </w:pPr>
            <w:r>
              <w:t>24*****51</w:t>
            </w:r>
          </w:p>
        </w:tc>
        <w:tc>
          <w:tcPr>
            <w:tcW w:w="1560" w:type="dxa"/>
          </w:tcPr>
          <w:p w14:paraId="3FFA5B3D" w14:textId="77777777" w:rsidR="00C64B77" w:rsidRDefault="00C64B77" w:rsidP="00C64B77">
            <w:r>
              <w:t>YÜ**** PI**** DÜ****</w:t>
            </w:r>
          </w:p>
        </w:tc>
        <w:tc>
          <w:tcPr>
            <w:tcW w:w="1560" w:type="dxa"/>
          </w:tcPr>
          <w:p w14:paraId="028B13D2" w14:textId="75FDEC4C" w:rsidR="00C64B77" w:rsidRDefault="00C64B77" w:rsidP="00C64B77">
            <w:r w:rsidRPr="001970CF">
              <w:t>DR. ÖĞR. ÜYESİ NÜ**** KA***</w:t>
            </w:r>
          </w:p>
        </w:tc>
      </w:tr>
      <w:tr w:rsidR="00C64B77" w14:paraId="5B1DDD4D" w14:textId="77777777">
        <w:tc>
          <w:tcPr>
            <w:tcW w:w="1560" w:type="dxa"/>
          </w:tcPr>
          <w:p w14:paraId="63A265ED" w14:textId="77777777" w:rsidR="00C64B77" w:rsidRDefault="00C64B77" w:rsidP="00C64B77">
            <w:pPr>
              <w:jc w:val="center"/>
            </w:pPr>
            <w:r>
              <w:t>26*****97</w:t>
            </w:r>
          </w:p>
        </w:tc>
        <w:tc>
          <w:tcPr>
            <w:tcW w:w="1560" w:type="dxa"/>
          </w:tcPr>
          <w:p w14:paraId="682D160E" w14:textId="77777777" w:rsidR="00C64B77" w:rsidRDefault="00C64B77" w:rsidP="00C64B77">
            <w:r>
              <w:t>ZE**** YA****</w:t>
            </w:r>
          </w:p>
        </w:tc>
        <w:tc>
          <w:tcPr>
            <w:tcW w:w="1560" w:type="dxa"/>
          </w:tcPr>
          <w:p w14:paraId="24B3F293" w14:textId="1B568E1B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266DC2ED" w14:textId="77777777" w:rsidR="00C64B77" w:rsidRDefault="00C64B77" w:rsidP="00C64B77">
            <w:pPr>
              <w:jc w:val="center"/>
            </w:pPr>
            <w:r>
              <w:t>24*****41</w:t>
            </w:r>
          </w:p>
        </w:tc>
        <w:tc>
          <w:tcPr>
            <w:tcW w:w="1560" w:type="dxa"/>
          </w:tcPr>
          <w:p w14:paraId="5BDBC98D" w14:textId="77777777" w:rsidR="00C64B77" w:rsidRDefault="00C64B77" w:rsidP="00C64B77">
            <w:r>
              <w:t>ZA**** EL**** KI****</w:t>
            </w:r>
          </w:p>
        </w:tc>
        <w:tc>
          <w:tcPr>
            <w:tcW w:w="1560" w:type="dxa"/>
          </w:tcPr>
          <w:p w14:paraId="19CFFCB1" w14:textId="3D942B81" w:rsidR="00C64B77" w:rsidRDefault="00C64B77" w:rsidP="00C64B77">
            <w:r w:rsidRPr="001970CF">
              <w:t>DR. ÖĞR. ÜYESİ NÜ**** KA***</w:t>
            </w:r>
          </w:p>
        </w:tc>
      </w:tr>
      <w:tr w:rsidR="00C64B77" w14:paraId="5723E995" w14:textId="77777777">
        <w:tc>
          <w:tcPr>
            <w:tcW w:w="1560" w:type="dxa"/>
          </w:tcPr>
          <w:p w14:paraId="23BFCC5C" w14:textId="77777777" w:rsidR="00C64B77" w:rsidRDefault="00C64B77" w:rsidP="00C64B77">
            <w:pPr>
              <w:jc w:val="center"/>
            </w:pPr>
            <w:r>
              <w:t>26*****98</w:t>
            </w:r>
          </w:p>
        </w:tc>
        <w:tc>
          <w:tcPr>
            <w:tcW w:w="1560" w:type="dxa"/>
          </w:tcPr>
          <w:p w14:paraId="100FA2CB" w14:textId="77777777" w:rsidR="00C64B77" w:rsidRDefault="00C64B77" w:rsidP="00C64B77">
            <w:r>
              <w:t>NA**** ÖZ****</w:t>
            </w:r>
          </w:p>
        </w:tc>
        <w:tc>
          <w:tcPr>
            <w:tcW w:w="1560" w:type="dxa"/>
          </w:tcPr>
          <w:p w14:paraId="42E4F028" w14:textId="0BC7CD87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63DE0107" w14:textId="77777777" w:rsidR="00C64B77" w:rsidRDefault="00C64B77" w:rsidP="00C64B77">
            <w:pPr>
              <w:jc w:val="center"/>
            </w:pPr>
            <w:r>
              <w:t>24*****34</w:t>
            </w:r>
          </w:p>
        </w:tc>
        <w:tc>
          <w:tcPr>
            <w:tcW w:w="1560" w:type="dxa"/>
          </w:tcPr>
          <w:p w14:paraId="56DA42DB" w14:textId="77777777" w:rsidR="00C64B77" w:rsidRDefault="00C64B77" w:rsidP="00C64B77">
            <w:r>
              <w:t>ZE**** KI****</w:t>
            </w:r>
          </w:p>
        </w:tc>
        <w:tc>
          <w:tcPr>
            <w:tcW w:w="1560" w:type="dxa"/>
          </w:tcPr>
          <w:p w14:paraId="0E43B92F" w14:textId="0F0920D5" w:rsidR="00C64B77" w:rsidRDefault="00C64B77" w:rsidP="00C64B77">
            <w:r w:rsidRPr="001970CF">
              <w:t>DR. ÖĞR. ÜYESİ NÜ**** KA***</w:t>
            </w:r>
          </w:p>
        </w:tc>
      </w:tr>
      <w:tr w:rsidR="00C64B77" w14:paraId="77B32466" w14:textId="77777777">
        <w:tc>
          <w:tcPr>
            <w:tcW w:w="1560" w:type="dxa"/>
          </w:tcPr>
          <w:p w14:paraId="17C4EB19" w14:textId="77777777" w:rsidR="00C64B77" w:rsidRDefault="00C64B77" w:rsidP="00C64B77">
            <w:pPr>
              <w:jc w:val="center"/>
            </w:pPr>
            <w:r>
              <w:t>26*****99</w:t>
            </w:r>
          </w:p>
        </w:tc>
        <w:tc>
          <w:tcPr>
            <w:tcW w:w="1560" w:type="dxa"/>
          </w:tcPr>
          <w:p w14:paraId="787BDC1F" w14:textId="77777777" w:rsidR="00C64B77" w:rsidRDefault="00C64B77" w:rsidP="00C64B77">
            <w:r>
              <w:t>EL**** TE****</w:t>
            </w:r>
          </w:p>
        </w:tc>
        <w:tc>
          <w:tcPr>
            <w:tcW w:w="1560" w:type="dxa"/>
          </w:tcPr>
          <w:p w14:paraId="42B87A63" w14:textId="3DBCD2E6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3A3BFBCF" w14:textId="77777777" w:rsidR="00C64B77" w:rsidRDefault="00C64B77" w:rsidP="00C64B77">
            <w:pPr>
              <w:jc w:val="center"/>
            </w:pPr>
            <w:r>
              <w:t>24*****47</w:t>
            </w:r>
          </w:p>
        </w:tc>
        <w:tc>
          <w:tcPr>
            <w:tcW w:w="1560" w:type="dxa"/>
          </w:tcPr>
          <w:p w14:paraId="2A3817DB" w14:textId="77777777" w:rsidR="00C64B77" w:rsidRDefault="00C64B77" w:rsidP="00C64B77">
            <w:r>
              <w:t>ZE**** Zİ**** TA****</w:t>
            </w:r>
          </w:p>
        </w:tc>
        <w:tc>
          <w:tcPr>
            <w:tcW w:w="1560" w:type="dxa"/>
          </w:tcPr>
          <w:p w14:paraId="44F7F65D" w14:textId="0661950F" w:rsidR="00C64B77" w:rsidRDefault="00C64B77" w:rsidP="00C64B77">
            <w:r w:rsidRPr="001970CF">
              <w:t>DR. ÖĞR. ÜYESİ NÜ**** KA***</w:t>
            </w:r>
          </w:p>
        </w:tc>
      </w:tr>
      <w:tr w:rsidR="00C64B77" w14:paraId="11A104BF" w14:textId="77777777">
        <w:tc>
          <w:tcPr>
            <w:tcW w:w="1560" w:type="dxa"/>
          </w:tcPr>
          <w:p w14:paraId="2E885C5C" w14:textId="77777777" w:rsidR="00C64B77" w:rsidRDefault="00C64B77" w:rsidP="00C64B77">
            <w:pPr>
              <w:jc w:val="center"/>
            </w:pPr>
            <w:r>
              <w:t>26*****03</w:t>
            </w:r>
          </w:p>
        </w:tc>
        <w:tc>
          <w:tcPr>
            <w:tcW w:w="1560" w:type="dxa"/>
          </w:tcPr>
          <w:p w14:paraId="404C0047" w14:textId="77777777" w:rsidR="00C64B77" w:rsidRDefault="00C64B77" w:rsidP="00C64B77">
            <w:r>
              <w:t>FA**** MA****</w:t>
            </w:r>
          </w:p>
        </w:tc>
        <w:tc>
          <w:tcPr>
            <w:tcW w:w="1560" w:type="dxa"/>
          </w:tcPr>
          <w:p w14:paraId="3EB368E1" w14:textId="11E8A55C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03CB455A" w14:textId="77777777" w:rsidR="00C64B77" w:rsidRDefault="00C64B77" w:rsidP="00C64B77">
            <w:pPr>
              <w:jc w:val="center"/>
            </w:pPr>
            <w:r>
              <w:t>24*****70</w:t>
            </w:r>
          </w:p>
        </w:tc>
        <w:tc>
          <w:tcPr>
            <w:tcW w:w="1560" w:type="dxa"/>
          </w:tcPr>
          <w:p w14:paraId="2830375B" w14:textId="77777777" w:rsidR="00C64B77" w:rsidRDefault="00C64B77" w:rsidP="00C64B77">
            <w:r>
              <w:t>ZE**** ÇE****</w:t>
            </w:r>
          </w:p>
        </w:tc>
        <w:tc>
          <w:tcPr>
            <w:tcW w:w="1560" w:type="dxa"/>
          </w:tcPr>
          <w:p w14:paraId="5CC87799" w14:textId="617C6D82" w:rsidR="00C64B77" w:rsidRDefault="00C64B77" w:rsidP="00C64B77">
            <w:r w:rsidRPr="001970CF">
              <w:t>DR. ÖĞR. ÜYESİ NÜ**** KA***</w:t>
            </w:r>
          </w:p>
        </w:tc>
      </w:tr>
      <w:tr w:rsidR="00C64B77" w14:paraId="14CAA4E2" w14:textId="77777777">
        <w:tc>
          <w:tcPr>
            <w:tcW w:w="1560" w:type="dxa"/>
          </w:tcPr>
          <w:p w14:paraId="693FD6E5" w14:textId="77777777" w:rsidR="00C64B77" w:rsidRDefault="00C64B77" w:rsidP="00C64B77">
            <w:pPr>
              <w:jc w:val="center"/>
            </w:pPr>
            <w:r>
              <w:t>26*****29</w:t>
            </w:r>
          </w:p>
        </w:tc>
        <w:tc>
          <w:tcPr>
            <w:tcW w:w="1560" w:type="dxa"/>
          </w:tcPr>
          <w:p w14:paraId="51240248" w14:textId="77777777" w:rsidR="00C64B77" w:rsidRDefault="00C64B77" w:rsidP="00C64B77">
            <w:r>
              <w:t>HA**** KÜ**** BU****</w:t>
            </w:r>
          </w:p>
        </w:tc>
        <w:tc>
          <w:tcPr>
            <w:tcW w:w="1560" w:type="dxa"/>
          </w:tcPr>
          <w:p w14:paraId="6D785DFE" w14:textId="0C786794" w:rsidR="00C64B77" w:rsidRDefault="00C64B77" w:rsidP="00C64B77">
            <w:r>
              <w:t>ÖĞR. GÖR. HA*** TO**** KE***</w:t>
            </w:r>
          </w:p>
        </w:tc>
        <w:tc>
          <w:tcPr>
            <w:tcW w:w="1560" w:type="dxa"/>
          </w:tcPr>
          <w:p w14:paraId="3DBAD14F" w14:textId="77777777" w:rsidR="00C64B77" w:rsidRDefault="00C64B77" w:rsidP="00C64B77">
            <w:pPr>
              <w:jc w:val="center"/>
            </w:pPr>
            <w:r>
              <w:t>24*****37</w:t>
            </w:r>
          </w:p>
        </w:tc>
        <w:tc>
          <w:tcPr>
            <w:tcW w:w="1560" w:type="dxa"/>
          </w:tcPr>
          <w:p w14:paraId="42FC9D17" w14:textId="77777777" w:rsidR="00C64B77" w:rsidRDefault="00C64B77" w:rsidP="00C64B77">
            <w:r>
              <w:t>ZE**** GÜ****</w:t>
            </w:r>
          </w:p>
        </w:tc>
        <w:tc>
          <w:tcPr>
            <w:tcW w:w="1560" w:type="dxa"/>
          </w:tcPr>
          <w:p w14:paraId="70234994" w14:textId="7E62BF27" w:rsidR="00C64B77" w:rsidRDefault="00C64B77" w:rsidP="00C64B77">
            <w:r w:rsidRPr="001970CF">
              <w:t>DR. ÖĞR. ÜYESİ NÜ**** KA***</w:t>
            </w:r>
          </w:p>
        </w:tc>
      </w:tr>
      <w:tr w:rsidR="00C64B77" w14:paraId="2B5D265D" w14:textId="77777777">
        <w:tc>
          <w:tcPr>
            <w:tcW w:w="1560" w:type="dxa"/>
          </w:tcPr>
          <w:p w14:paraId="3D243E27" w14:textId="77777777" w:rsidR="00C64B77" w:rsidRDefault="00C64B77" w:rsidP="00C64B77">
            <w:pPr>
              <w:jc w:val="center"/>
            </w:pPr>
            <w:r>
              <w:t>26*****26</w:t>
            </w:r>
          </w:p>
        </w:tc>
        <w:tc>
          <w:tcPr>
            <w:tcW w:w="1560" w:type="dxa"/>
          </w:tcPr>
          <w:p w14:paraId="32714605" w14:textId="77777777" w:rsidR="00C64B77" w:rsidRDefault="00C64B77" w:rsidP="00C64B77">
            <w:r>
              <w:t>EM**** NU**** HO****</w:t>
            </w:r>
          </w:p>
        </w:tc>
        <w:tc>
          <w:tcPr>
            <w:tcW w:w="1560" w:type="dxa"/>
          </w:tcPr>
          <w:p w14:paraId="3E97FE37" w14:textId="4D215434" w:rsidR="00C64B77" w:rsidRDefault="00C64B77" w:rsidP="00C64B77">
            <w:r>
              <w:t>ÖĞR. GÖR. SE***** ER*** AS*****</w:t>
            </w:r>
          </w:p>
        </w:tc>
        <w:tc>
          <w:tcPr>
            <w:tcW w:w="1560" w:type="dxa"/>
          </w:tcPr>
          <w:p w14:paraId="680059FF" w14:textId="77777777" w:rsidR="00C64B77" w:rsidRDefault="00C64B77" w:rsidP="00C64B77">
            <w:pPr>
              <w:jc w:val="center"/>
            </w:pPr>
            <w:r>
              <w:t>24*****58</w:t>
            </w:r>
          </w:p>
        </w:tc>
        <w:tc>
          <w:tcPr>
            <w:tcW w:w="1560" w:type="dxa"/>
          </w:tcPr>
          <w:p w14:paraId="7089798E" w14:textId="77777777" w:rsidR="00C64B77" w:rsidRDefault="00C64B77" w:rsidP="00C64B77">
            <w:r>
              <w:t>ZE**** İL****</w:t>
            </w:r>
          </w:p>
        </w:tc>
        <w:tc>
          <w:tcPr>
            <w:tcW w:w="1560" w:type="dxa"/>
          </w:tcPr>
          <w:p w14:paraId="65092855" w14:textId="5F694A73" w:rsidR="00C64B77" w:rsidRDefault="00C64B77" w:rsidP="00C64B77">
            <w:r w:rsidRPr="001970CF">
              <w:t>DR. ÖĞR. ÜYESİ NÜ**** KA***</w:t>
            </w:r>
          </w:p>
        </w:tc>
      </w:tr>
      <w:tr w:rsidR="00C64B77" w14:paraId="614D60A8" w14:textId="77777777">
        <w:tc>
          <w:tcPr>
            <w:tcW w:w="1560" w:type="dxa"/>
          </w:tcPr>
          <w:p w14:paraId="2F957D53" w14:textId="77777777" w:rsidR="00C64B77" w:rsidRDefault="00C64B77" w:rsidP="00C64B77">
            <w:pPr>
              <w:jc w:val="center"/>
            </w:pPr>
          </w:p>
        </w:tc>
        <w:tc>
          <w:tcPr>
            <w:tcW w:w="1560" w:type="dxa"/>
          </w:tcPr>
          <w:p w14:paraId="14F5B431" w14:textId="77777777" w:rsidR="00C64B77" w:rsidRDefault="00C64B77" w:rsidP="00C64B77"/>
        </w:tc>
        <w:tc>
          <w:tcPr>
            <w:tcW w:w="1560" w:type="dxa"/>
          </w:tcPr>
          <w:p w14:paraId="310E89E1" w14:textId="77777777" w:rsidR="00C64B77" w:rsidRDefault="00C64B77" w:rsidP="00C64B77"/>
        </w:tc>
        <w:tc>
          <w:tcPr>
            <w:tcW w:w="1560" w:type="dxa"/>
          </w:tcPr>
          <w:p w14:paraId="15CC3A8F" w14:textId="77777777" w:rsidR="00C64B77" w:rsidRDefault="00C64B77" w:rsidP="00C64B77">
            <w:pPr>
              <w:jc w:val="center"/>
            </w:pPr>
            <w:r>
              <w:t>24*****17</w:t>
            </w:r>
          </w:p>
        </w:tc>
        <w:tc>
          <w:tcPr>
            <w:tcW w:w="1560" w:type="dxa"/>
          </w:tcPr>
          <w:p w14:paraId="56EF2DCE" w14:textId="77777777" w:rsidR="00C64B77" w:rsidRDefault="00C64B77" w:rsidP="00C64B77">
            <w:r>
              <w:t>ZE**** KA****</w:t>
            </w:r>
          </w:p>
        </w:tc>
        <w:tc>
          <w:tcPr>
            <w:tcW w:w="1560" w:type="dxa"/>
          </w:tcPr>
          <w:p w14:paraId="30BD17F8" w14:textId="483811AA" w:rsidR="00C64B77" w:rsidRDefault="00C64B77" w:rsidP="00C64B77">
            <w:r w:rsidRPr="001970CF">
              <w:t xml:space="preserve">DR. ÖĞR. ÜYESİ NÜ**** </w:t>
            </w:r>
            <w:r w:rsidRPr="001970CF">
              <w:lastRenderedPageBreak/>
              <w:t>KA***</w:t>
            </w:r>
          </w:p>
        </w:tc>
      </w:tr>
      <w:tr w:rsidR="00C64B77" w14:paraId="327D413E" w14:textId="77777777">
        <w:tc>
          <w:tcPr>
            <w:tcW w:w="1560" w:type="dxa"/>
          </w:tcPr>
          <w:p w14:paraId="7081E585" w14:textId="77777777" w:rsidR="00C64B77" w:rsidRDefault="00C64B77" w:rsidP="00C64B77">
            <w:pPr>
              <w:jc w:val="center"/>
            </w:pPr>
          </w:p>
        </w:tc>
        <w:tc>
          <w:tcPr>
            <w:tcW w:w="1560" w:type="dxa"/>
          </w:tcPr>
          <w:p w14:paraId="424F0D03" w14:textId="77777777" w:rsidR="00C64B77" w:rsidRDefault="00C64B77" w:rsidP="00C64B77"/>
        </w:tc>
        <w:tc>
          <w:tcPr>
            <w:tcW w:w="1560" w:type="dxa"/>
          </w:tcPr>
          <w:p w14:paraId="6DB302EE" w14:textId="77777777" w:rsidR="00C64B77" w:rsidRDefault="00C64B77" w:rsidP="00C64B77"/>
        </w:tc>
        <w:tc>
          <w:tcPr>
            <w:tcW w:w="1560" w:type="dxa"/>
          </w:tcPr>
          <w:p w14:paraId="0784524F" w14:textId="77777777" w:rsidR="00C64B77" w:rsidRDefault="00C64B77" w:rsidP="00C64B77">
            <w:pPr>
              <w:jc w:val="center"/>
            </w:pPr>
            <w:r>
              <w:t>26*****17</w:t>
            </w:r>
          </w:p>
        </w:tc>
        <w:tc>
          <w:tcPr>
            <w:tcW w:w="1560" w:type="dxa"/>
          </w:tcPr>
          <w:p w14:paraId="7A565F1C" w14:textId="77777777" w:rsidR="00C64B77" w:rsidRDefault="00C64B77" w:rsidP="00C64B77">
            <w:r>
              <w:t>İR**** ÜN****</w:t>
            </w:r>
          </w:p>
        </w:tc>
        <w:tc>
          <w:tcPr>
            <w:tcW w:w="1560" w:type="dxa"/>
          </w:tcPr>
          <w:p w14:paraId="5E8BC123" w14:textId="6FFCDEDD" w:rsidR="00C64B77" w:rsidRDefault="00C64B77" w:rsidP="00C64B77">
            <w:r w:rsidRPr="001970CF">
              <w:t>DR. ÖĞR. ÜYESİ NÜ**** KA***</w:t>
            </w:r>
          </w:p>
        </w:tc>
      </w:tr>
      <w:tr w:rsidR="00C64B77" w14:paraId="52902DF3" w14:textId="77777777">
        <w:tc>
          <w:tcPr>
            <w:tcW w:w="1560" w:type="dxa"/>
          </w:tcPr>
          <w:p w14:paraId="0A3CC616" w14:textId="77777777" w:rsidR="00C64B77" w:rsidRDefault="00C64B77" w:rsidP="00C64B77">
            <w:pPr>
              <w:jc w:val="center"/>
            </w:pPr>
          </w:p>
        </w:tc>
        <w:tc>
          <w:tcPr>
            <w:tcW w:w="1560" w:type="dxa"/>
          </w:tcPr>
          <w:p w14:paraId="5887F64F" w14:textId="77777777" w:rsidR="00C64B77" w:rsidRDefault="00C64B77" w:rsidP="00C64B77"/>
        </w:tc>
        <w:tc>
          <w:tcPr>
            <w:tcW w:w="1560" w:type="dxa"/>
          </w:tcPr>
          <w:p w14:paraId="73011701" w14:textId="77777777" w:rsidR="00C64B77" w:rsidRDefault="00C64B77" w:rsidP="00C64B77"/>
        </w:tc>
        <w:tc>
          <w:tcPr>
            <w:tcW w:w="1560" w:type="dxa"/>
          </w:tcPr>
          <w:p w14:paraId="0BDC6732" w14:textId="77777777" w:rsidR="00C64B77" w:rsidRDefault="00C64B77" w:rsidP="00C64B77">
            <w:pPr>
              <w:jc w:val="center"/>
            </w:pPr>
            <w:r>
              <w:t>23*****17</w:t>
            </w:r>
          </w:p>
        </w:tc>
        <w:tc>
          <w:tcPr>
            <w:tcW w:w="1560" w:type="dxa"/>
          </w:tcPr>
          <w:p w14:paraId="216F96F3" w14:textId="77777777" w:rsidR="00C64B77" w:rsidRDefault="00C64B77" w:rsidP="00C64B77">
            <w:r>
              <w:t>ME**** SO****</w:t>
            </w:r>
          </w:p>
        </w:tc>
        <w:tc>
          <w:tcPr>
            <w:tcW w:w="1560" w:type="dxa"/>
          </w:tcPr>
          <w:p w14:paraId="50FE9B14" w14:textId="10D93733" w:rsidR="00C64B77" w:rsidRDefault="00C64B77" w:rsidP="00C64B77">
            <w:r w:rsidRPr="001970CF">
              <w:t>DR. ÖĞR. ÜYESİ NÜ**** KA***</w:t>
            </w:r>
          </w:p>
        </w:tc>
      </w:tr>
      <w:tr w:rsidR="00C64B77" w14:paraId="54A6A38E" w14:textId="77777777">
        <w:tc>
          <w:tcPr>
            <w:tcW w:w="1560" w:type="dxa"/>
          </w:tcPr>
          <w:p w14:paraId="003F9B66" w14:textId="77777777" w:rsidR="00C64B77" w:rsidRDefault="00C64B77" w:rsidP="00C64B77">
            <w:pPr>
              <w:jc w:val="center"/>
            </w:pPr>
          </w:p>
        </w:tc>
        <w:tc>
          <w:tcPr>
            <w:tcW w:w="1560" w:type="dxa"/>
          </w:tcPr>
          <w:p w14:paraId="23393C8C" w14:textId="77777777" w:rsidR="00C64B77" w:rsidRDefault="00C64B77" w:rsidP="00C64B77"/>
        </w:tc>
        <w:tc>
          <w:tcPr>
            <w:tcW w:w="1560" w:type="dxa"/>
          </w:tcPr>
          <w:p w14:paraId="65D48BF1" w14:textId="77777777" w:rsidR="00C64B77" w:rsidRDefault="00C64B77" w:rsidP="00C64B77"/>
        </w:tc>
        <w:tc>
          <w:tcPr>
            <w:tcW w:w="1560" w:type="dxa"/>
          </w:tcPr>
          <w:p w14:paraId="260996E9" w14:textId="77777777" w:rsidR="00C64B77" w:rsidRDefault="00C64B77" w:rsidP="00C64B77">
            <w:pPr>
              <w:jc w:val="center"/>
            </w:pPr>
            <w:r>
              <w:t>23*****80</w:t>
            </w:r>
          </w:p>
        </w:tc>
        <w:tc>
          <w:tcPr>
            <w:tcW w:w="1560" w:type="dxa"/>
          </w:tcPr>
          <w:p w14:paraId="58EF33DF" w14:textId="77777777" w:rsidR="00C64B77" w:rsidRDefault="00C64B77" w:rsidP="00C64B77">
            <w:r>
              <w:t>ER**** ER****</w:t>
            </w:r>
          </w:p>
        </w:tc>
        <w:tc>
          <w:tcPr>
            <w:tcW w:w="1560" w:type="dxa"/>
          </w:tcPr>
          <w:p w14:paraId="6BA5D9EF" w14:textId="19B6275F" w:rsidR="00C64B77" w:rsidRDefault="00C64B77" w:rsidP="00C64B77">
            <w:r w:rsidRPr="001970CF">
              <w:t>DR. ÖĞR. ÜYESİ NÜ**** KA***</w:t>
            </w:r>
          </w:p>
        </w:tc>
      </w:tr>
      <w:tr w:rsidR="00C64B77" w14:paraId="2E52AA85" w14:textId="77777777">
        <w:tc>
          <w:tcPr>
            <w:tcW w:w="1560" w:type="dxa"/>
          </w:tcPr>
          <w:p w14:paraId="17DD507C" w14:textId="77777777" w:rsidR="00C64B77" w:rsidRDefault="00C64B77" w:rsidP="00C64B77">
            <w:pPr>
              <w:jc w:val="center"/>
            </w:pPr>
          </w:p>
        </w:tc>
        <w:tc>
          <w:tcPr>
            <w:tcW w:w="1560" w:type="dxa"/>
          </w:tcPr>
          <w:p w14:paraId="20656CFB" w14:textId="77777777" w:rsidR="00C64B77" w:rsidRDefault="00C64B77" w:rsidP="00C64B77"/>
        </w:tc>
        <w:tc>
          <w:tcPr>
            <w:tcW w:w="1560" w:type="dxa"/>
          </w:tcPr>
          <w:p w14:paraId="6E129B0B" w14:textId="77777777" w:rsidR="00C64B77" w:rsidRDefault="00C64B77" w:rsidP="00C64B77"/>
        </w:tc>
        <w:tc>
          <w:tcPr>
            <w:tcW w:w="1560" w:type="dxa"/>
          </w:tcPr>
          <w:p w14:paraId="5AD2E83C" w14:textId="77777777" w:rsidR="00C64B77" w:rsidRDefault="00C64B77" w:rsidP="00C64B77">
            <w:pPr>
              <w:jc w:val="center"/>
            </w:pPr>
            <w:r>
              <w:t>21*****09</w:t>
            </w:r>
          </w:p>
        </w:tc>
        <w:tc>
          <w:tcPr>
            <w:tcW w:w="1560" w:type="dxa"/>
          </w:tcPr>
          <w:p w14:paraId="68242D92" w14:textId="77777777" w:rsidR="00C64B77" w:rsidRDefault="00C64B77" w:rsidP="00C64B77">
            <w:r>
              <w:t>ED**** ÖZ****</w:t>
            </w:r>
          </w:p>
        </w:tc>
        <w:tc>
          <w:tcPr>
            <w:tcW w:w="1560" w:type="dxa"/>
          </w:tcPr>
          <w:p w14:paraId="4EF529D5" w14:textId="392DD799" w:rsidR="00C64B77" w:rsidRDefault="00C64B77" w:rsidP="00C64B77">
            <w:r w:rsidRPr="001970CF">
              <w:t>DR. ÖĞR. ÜYESİ NÜ**** KA***</w:t>
            </w:r>
          </w:p>
        </w:tc>
      </w:tr>
      <w:tr w:rsidR="00C64B77" w14:paraId="697E1FB1" w14:textId="77777777">
        <w:tc>
          <w:tcPr>
            <w:tcW w:w="1560" w:type="dxa"/>
          </w:tcPr>
          <w:p w14:paraId="34647780" w14:textId="77777777" w:rsidR="00C64B77" w:rsidRDefault="00C64B77" w:rsidP="00C64B77">
            <w:pPr>
              <w:jc w:val="center"/>
            </w:pPr>
          </w:p>
        </w:tc>
        <w:tc>
          <w:tcPr>
            <w:tcW w:w="1560" w:type="dxa"/>
          </w:tcPr>
          <w:p w14:paraId="0D493269" w14:textId="77777777" w:rsidR="00C64B77" w:rsidRDefault="00C64B77" w:rsidP="00C64B77"/>
        </w:tc>
        <w:tc>
          <w:tcPr>
            <w:tcW w:w="1560" w:type="dxa"/>
          </w:tcPr>
          <w:p w14:paraId="4C1F8F81" w14:textId="77777777" w:rsidR="00C64B77" w:rsidRDefault="00C64B77" w:rsidP="00C64B77"/>
        </w:tc>
        <w:tc>
          <w:tcPr>
            <w:tcW w:w="1560" w:type="dxa"/>
          </w:tcPr>
          <w:p w14:paraId="71D12BE4" w14:textId="77777777" w:rsidR="00C64B77" w:rsidRDefault="00C64B77" w:rsidP="00C64B77">
            <w:pPr>
              <w:jc w:val="center"/>
            </w:pPr>
            <w:r>
              <w:t>21*****08</w:t>
            </w:r>
          </w:p>
        </w:tc>
        <w:tc>
          <w:tcPr>
            <w:tcW w:w="1560" w:type="dxa"/>
          </w:tcPr>
          <w:p w14:paraId="008DB67A" w14:textId="77777777" w:rsidR="00C64B77" w:rsidRDefault="00C64B77" w:rsidP="00C64B77">
            <w:r>
              <w:t>KÜ**** NU**** DA****</w:t>
            </w:r>
          </w:p>
        </w:tc>
        <w:tc>
          <w:tcPr>
            <w:tcW w:w="1560" w:type="dxa"/>
          </w:tcPr>
          <w:p w14:paraId="579E2855" w14:textId="6ACCAD02" w:rsidR="00C64B77" w:rsidRDefault="00C64B77" w:rsidP="00C64B77">
            <w:r w:rsidRPr="001970CF">
              <w:t>DR. ÖĞR. ÜYESİ NÜ**** KA***</w:t>
            </w:r>
          </w:p>
        </w:tc>
      </w:tr>
      <w:tr w:rsidR="00C64B77" w14:paraId="0E3C8407" w14:textId="77777777">
        <w:tc>
          <w:tcPr>
            <w:tcW w:w="1560" w:type="dxa"/>
          </w:tcPr>
          <w:p w14:paraId="2692B44D" w14:textId="77777777" w:rsidR="00C64B77" w:rsidRDefault="00C64B77" w:rsidP="00C64B77">
            <w:pPr>
              <w:jc w:val="center"/>
            </w:pPr>
          </w:p>
        </w:tc>
        <w:tc>
          <w:tcPr>
            <w:tcW w:w="1560" w:type="dxa"/>
          </w:tcPr>
          <w:p w14:paraId="651BB022" w14:textId="77777777" w:rsidR="00C64B77" w:rsidRDefault="00C64B77" w:rsidP="00C64B77"/>
        </w:tc>
        <w:tc>
          <w:tcPr>
            <w:tcW w:w="1560" w:type="dxa"/>
          </w:tcPr>
          <w:p w14:paraId="7240F119" w14:textId="77777777" w:rsidR="00C64B77" w:rsidRDefault="00C64B77" w:rsidP="00C64B77"/>
        </w:tc>
        <w:tc>
          <w:tcPr>
            <w:tcW w:w="1560" w:type="dxa"/>
          </w:tcPr>
          <w:p w14:paraId="406E49BD" w14:textId="77777777" w:rsidR="00C64B77" w:rsidRDefault="00C64B77" w:rsidP="00C64B77">
            <w:pPr>
              <w:jc w:val="center"/>
            </w:pPr>
            <w:r>
              <w:t>21*****01</w:t>
            </w:r>
          </w:p>
        </w:tc>
        <w:tc>
          <w:tcPr>
            <w:tcW w:w="1560" w:type="dxa"/>
          </w:tcPr>
          <w:p w14:paraId="620FA2A9" w14:textId="77777777" w:rsidR="00C64B77" w:rsidRDefault="00C64B77" w:rsidP="00C64B77">
            <w:r>
              <w:t>FE**** ŞE**** YA****</w:t>
            </w:r>
          </w:p>
        </w:tc>
        <w:tc>
          <w:tcPr>
            <w:tcW w:w="1560" w:type="dxa"/>
          </w:tcPr>
          <w:p w14:paraId="0CE026C8" w14:textId="71E22B65" w:rsidR="00C64B77" w:rsidRDefault="00C64B77" w:rsidP="00C64B77">
            <w:r w:rsidRPr="001970CF">
              <w:t>DR. ÖĞR. ÜYESİ NÜ**** KA***</w:t>
            </w:r>
          </w:p>
        </w:tc>
      </w:tr>
    </w:tbl>
    <w:p w14:paraId="42A1AAF4" w14:textId="77777777" w:rsidR="006C1258" w:rsidRDefault="006C1258"/>
    <w:sectPr w:rsidR="006C125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8318699">
    <w:abstractNumId w:val="8"/>
  </w:num>
  <w:num w:numId="2" w16cid:durableId="643392723">
    <w:abstractNumId w:val="6"/>
  </w:num>
  <w:num w:numId="3" w16cid:durableId="2125884552">
    <w:abstractNumId w:val="5"/>
  </w:num>
  <w:num w:numId="4" w16cid:durableId="1773621581">
    <w:abstractNumId w:val="4"/>
  </w:num>
  <w:num w:numId="5" w16cid:durableId="937906170">
    <w:abstractNumId w:val="7"/>
  </w:num>
  <w:num w:numId="6" w16cid:durableId="1430003189">
    <w:abstractNumId w:val="3"/>
  </w:num>
  <w:num w:numId="7" w16cid:durableId="555556497">
    <w:abstractNumId w:val="2"/>
  </w:num>
  <w:num w:numId="8" w16cid:durableId="1158304803">
    <w:abstractNumId w:val="1"/>
  </w:num>
  <w:num w:numId="9" w16cid:durableId="11793442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206"/>
    <w:rsid w:val="0015074B"/>
    <w:rsid w:val="0029639D"/>
    <w:rsid w:val="00326F90"/>
    <w:rsid w:val="006C1258"/>
    <w:rsid w:val="00847C20"/>
    <w:rsid w:val="00AA1D8D"/>
    <w:rsid w:val="00B47730"/>
    <w:rsid w:val="00C64B77"/>
    <w:rsid w:val="00CB0664"/>
    <w:rsid w:val="00DC0A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BDA1E"/>
  <w14:defaultImageDpi w14:val="300"/>
  <w15:docId w15:val="{99F861E4-81BE-714A-94E4-5294A713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Bilgesu Çelik</cp:lastModifiedBy>
  <cp:revision>3</cp:revision>
  <dcterms:created xsi:type="dcterms:W3CDTF">2013-12-23T23:15:00Z</dcterms:created>
  <dcterms:modified xsi:type="dcterms:W3CDTF">2026-10-06T09:15:00Z</dcterms:modified>
  <cp:category/>
</cp:coreProperties>
</file>