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85A3E" w14:textId="77777777" w:rsidR="000E5E5A" w:rsidRDefault="003A1002">
      <w:pPr>
        <w:jc w:val="center"/>
      </w:pPr>
      <w:r>
        <w:rPr>
          <w:rFonts w:ascii="Arial" w:hAnsi="Arial"/>
          <w:b/>
          <w:color w:val="1A5276"/>
          <w:sz w:val="32"/>
        </w:rPr>
        <w:t>ÇANKIRI KARATEKİN ÜNİVERSİTESİ</w:t>
      </w:r>
    </w:p>
    <w:p w14:paraId="174AE4C0" w14:textId="77777777" w:rsidR="000E5E5A" w:rsidRPr="003A1002" w:rsidRDefault="003A1002">
      <w:pPr>
        <w:jc w:val="center"/>
        <w:rPr>
          <w:b/>
        </w:rPr>
      </w:pPr>
      <w:r w:rsidRPr="003A1002">
        <w:rPr>
          <w:rFonts w:ascii="Arial" w:hAnsi="Arial"/>
          <w:b/>
          <w:i/>
          <w:sz w:val="24"/>
        </w:rPr>
        <w:t>2026-2027 Eğitim-Öğretim Yılı Yemek Bursu Başvuru Takvimi ve Kılavuzu</w:t>
      </w:r>
    </w:p>
    <w:p w14:paraId="2F3666A1" w14:textId="77777777" w:rsidR="000E5E5A" w:rsidRDefault="003A1002">
      <w:pPr>
        <w:spacing w:before="240" w:after="120"/>
      </w:pPr>
      <w:r>
        <w:rPr>
          <w:rFonts w:ascii="Arial" w:hAnsi="Arial"/>
          <w:b/>
          <w:color w:val="2C3E50"/>
          <w:sz w:val="28"/>
        </w:rPr>
        <w:t>1. Başvuru Takvimi</w:t>
      </w:r>
    </w:p>
    <w:tbl>
      <w:tblPr>
        <w:tblW w:w="0" w:type="auto"/>
        <w:jc w:val="center"/>
        <w:tblBorders>
          <w:top w:val="single" w:sz="4" w:space="0" w:color="BDC3C7"/>
          <w:bottom w:val="single" w:sz="4" w:space="0" w:color="BDC3C7"/>
          <w:insideH w:val="single" w:sz="4" w:space="0" w:color="BDC3C7"/>
        </w:tblBorders>
        <w:tblLook w:val="04A0" w:firstRow="1" w:lastRow="0" w:firstColumn="1" w:lastColumn="0" w:noHBand="0" w:noVBand="1"/>
      </w:tblPr>
      <w:tblGrid>
        <w:gridCol w:w="2880"/>
        <w:gridCol w:w="2880"/>
        <w:gridCol w:w="3600"/>
      </w:tblGrid>
      <w:tr w:rsidR="000E5E5A" w14:paraId="7FF8E323" w14:textId="77777777">
        <w:trPr>
          <w:jc w:val="center"/>
        </w:trPr>
        <w:tc>
          <w:tcPr>
            <w:tcW w:w="2880" w:type="dxa"/>
            <w:shd w:val="clear" w:color="auto" w:fill="1A527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50BEFE6" w14:textId="77777777" w:rsidR="000E5E5A" w:rsidRDefault="003A1002">
            <w:r>
              <w:rPr>
                <w:rFonts w:ascii="Arial" w:hAnsi="Arial"/>
                <w:b/>
                <w:color w:val="FFFFFF"/>
                <w:sz w:val="20"/>
              </w:rPr>
              <w:t>Süreç Aşaması</w:t>
            </w:r>
          </w:p>
        </w:tc>
        <w:tc>
          <w:tcPr>
            <w:tcW w:w="2880" w:type="dxa"/>
            <w:shd w:val="clear" w:color="auto" w:fill="1A527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5FF3A59" w14:textId="77777777" w:rsidR="000E5E5A" w:rsidRDefault="003A1002">
            <w:r>
              <w:rPr>
                <w:rFonts w:ascii="Arial" w:hAnsi="Arial"/>
                <w:b/>
                <w:color w:val="FFFFFF"/>
                <w:sz w:val="20"/>
              </w:rPr>
              <w:t>Tarih Aralığı</w:t>
            </w:r>
          </w:p>
        </w:tc>
        <w:tc>
          <w:tcPr>
            <w:tcW w:w="3600" w:type="dxa"/>
            <w:shd w:val="clear" w:color="auto" w:fill="1A527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B6E4278" w14:textId="77777777" w:rsidR="000E5E5A" w:rsidRDefault="003A1002">
            <w:r>
              <w:rPr>
                <w:rFonts w:ascii="Arial" w:hAnsi="Arial"/>
                <w:b/>
                <w:color w:val="FFFFFF"/>
                <w:sz w:val="20"/>
              </w:rPr>
              <w:t>Başvuru / İşlem Kanalı</w:t>
            </w:r>
            <w:r w:rsidR="00DE17D6">
              <w:rPr>
                <w:rFonts w:ascii="Arial" w:hAnsi="Arial"/>
                <w:b/>
                <w:color w:val="FFFFFF"/>
                <w:sz w:val="20"/>
              </w:rPr>
              <w:t xml:space="preserve"> / Açıklama</w:t>
            </w:r>
          </w:p>
        </w:tc>
      </w:tr>
      <w:tr w:rsidR="000E5E5A" w14:paraId="07679DAA" w14:textId="77777777">
        <w:trPr>
          <w:jc w:val="center"/>
        </w:trPr>
        <w:tc>
          <w:tcPr>
            <w:tcW w:w="2880" w:type="dxa"/>
            <w:shd w:val="clear" w:color="auto" w:fill="F4F6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2EA523" w14:textId="77777777" w:rsidR="000E5E5A" w:rsidRDefault="00DE17D6" w:rsidP="00DE17D6">
            <w:r>
              <w:rPr>
                <w:rFonts w:ascii="Arial" w:hAnsi="Arial"/>
                <w:color w:val="34495E"/>
                <w:sz w:val="19"/>
              </w:rPr>
              <w:t>Yemek Bursu Başvurusu</w:t>
            </w:r>
          </w:p>
        </w:tc>
        <w:tc>
          <w:tcPr>
            <w:tcW w:w="2880" w:type="dxa"/>
            <w:shd w:val="clear" w:color="auto" w:fill="F4F6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81E716" w14:textId="77777777" w:rsidR="000E5E5A" w:rsidRDefault="00DE17D6" w:rsidP="00DE17D6">
            <w:r>
              <w:rPr>
                <w:rFonts w:ascii="Arial" w:hAnsi="Arial"/>
                <w:color w:val="34495E"/>
                <w:sz w:val="19"/>
              </w:rPr>
              <w:t xml:space="preserve">12-16 </w:t>
            </w:r>
            <w:r w:rsidR="003A1002">
              <w:rPr>
                <w:rFonts w:ascii="Arial" w:hAnsi="Arial"/>
                <w:color w:val="34495E"/>
                <w:sz w:val="19"/>
              </w:rPr>
              <w:t>Ekim 2026</w:t>
            </w:r>
          </w:p>
        </w:tc>
        <w:tc>
          <w:tcPr>
            <w:tcW w:w="3600" w:type="dxa"/>
            <w:shd w:val="clear" w:color="auto" w:fill="F4F6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8B19C0" w14:textId="77777777" w:rsidR="000E5E5A" w:rsidRDefault="003A1002" w:rsidP="00DE17D6">
            <w:r>
              <w:rPr>
                <w:rFonts w:ascii="Arial" w:hAnsi="Arial"/>
                <w:color w:val="34495E"/>
                <w:sz w:val="19"/>
              </w:rPr>
              <w:t>İlgili Fakülte</w:t>
            </w:r>
            <w:r w:rsidR="00DE17D6">
              <w:rPr>
                <w:rFonts w:ascii="Arial" w:hAnsi="Arial"/>
                <w:color w:val="34495E"/>
                <w:sz w:val="19"/>
              </w:rPr>
              <w:t xml:space="preserve">/Yüksekokul/Meslek Yüksekokulu </w:t>
            </w:r>
          </w:p>
        </w:tc>
      </w:tr>
      <w:tr w:rsidR="000E5E5A" w14:paraId="7FC6100F" w14:textId="77777777">
        <w:trPr>
          <w:jc w:val="center"/>
        </w:trPr>
        <w:tc>
          <w:tcPr>
            <w:tcW w:w="28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183E1A" w14:textId="77777777" w:rsidR="000E5E5A" w:rsidRDefault="00DE17D6">
            <w:r>
              <w:rPr>
                <w:rFonts w:ascii="Arial" w:hAnsi="Arial"/>
                <w:color w:val="34495E"/>
                <w:sz w:val="19"/>
              </w:rPr>
              <w:t>Değerlendirme</w:t>
            </w:r>
          </w:p>
        </w:tc>
        <w:tc>
          <w:tcPr>
            <w:tcW w:w="28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133FE4" w14:textId="77777777" w:rsidR="000E5E5A" w:rsidRDefault="00DE17D6" w:rsidP="005C2D8B">
            <w:r>
              <w:rPr>
                <w:rFonts w:ascii="Arial" w:hAnsi="Arial"/>
                <w:color w:val="34495E"/>
                <w:sz w:val="19"/>
              </w:rPr>
              <w:t>19-2</w:t>
            </w:r>
            <w:r w:rsidR="005C2D8B">
              <w:rPr>
                <w:rFonts w:ascii="Arial" w:hAnsi="Arial"/>
                <w:color w:val="34495E"/>
                <w:sz w:val="19"/>
              </w:rPr>
              <w:t>1</w:t>
            </w:r>
            <w:r>
              <w:rPr>
                <w:rFonts w:ascii="Arial" w:hAnsi="Arial"/>
                <w:color w:val="34495E"/>
                <w:sz w:val="19"/>
              </w:rPr>
              <w:t xml:space="preserve"> Ekim 2026</w:t>
            </w:r>
          </w:p>
        </w:tc>
        <w:tc>
          <w:tcPr>
            <w:tcW w:w="3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86DC80" w14:textId="77777777" w:rsidR="000E5E5A" w:rsidRDefault="00DE17D6">
            <w:r>
              <w:rPr>
                <w:rFonts w:ascii="Arial" w:hAnsi="Arial"/>
                <w:color w:val="34495E"/>
                <w:sz w:val="19"/>
              </w:rPr>
              <w:t>İlgili Akademik Birim tarafından değerlendirmenin yapılması</w:t>
            </w:r>
          </w:p>
        </w:tc>
      </w:tr>
      <w:tr w:rsidR="000E5E5A" w14:paraId="7AACAB37" w14:textId="77777777">
        <w:trPr>
          <w:jc w:val="center"/>
        </w:trPr>
        <w:tc>
          <w:tcPr>
            <w:tcW w:w="2880" w:type="dxa"/>
            <w:shd w:val="clear" w:color="auto" w:fill="F4F6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630F80" w14:textId="77777777" w:rsidR="000E5E5A" w:rsidRDefault="003A1002">
            <w:r>
              <w:rPr>
                <w:rFonts w:ascii="Arial" w:hAnsi="Arial"/>
                <w:color w:val="34495E"/>
                <w:sz w:val="19"/>
              </w:rPr>
              <w:t>Sonuç İlanı</w:t>
            </w:r>
          </w:p>
        </w:tc>
        <w:tc>
          <w:tcPr>
            <w:tcW w:w="2880" w:type="dxa"/>
            <w:shd w:val="clear" w:color="auto" w:fill="F4F6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568BAD" w14:textId="77777777" w:rsidR="000E5E5A" w:rsidRDefault="00D27A20">
            <w:r>
              <w:rPr>
                <w:rFonts w:ascii="Arial" w:hAnsi="Arial"/>
                <w:color w:val="34495E"/>
                <w:sz w:val="19"/>
              </w:rPr>
              <w:t>22</w:t>
            </w:r>
            <w:r w:rsidR="00DE17D6">
              <w:rPr>
                <w:rFonts w:ascii="Arial" w:hAnsi="Arial"/>
                <w:color w:val="34495E"/>
                <w:sz w:val="19"/>
              </w:rPr>
              <w:t xml:space="preserve"> Ekim 2026</w:t>
            </w:r>
          </w:p>
        </w:tc>
        <w:tc>
          <w:tcPr>
            <w:tcW w:w="3600" w:type="dxa"/>
            <w:shd w:val="clear" w:color="auto" w:fill="F4F6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392E29" w14:textId="77777777" w:rsidR="000E5E5A" w:rsidRDefault="00DE17D6">
            <w:r>
              <w:rPr>
                <w:rFonts w:ascii="Arial" w:hAnsi="Arial"/>
                <w:color w:val="34495E"/>
                <w:sz w:val="19"/>
              </w:rPr>
              <w:t>Akademik Birimler tarafından sunuçların ilan edilmesi, burs almaya hak kazanan asil ve yedek öğrencilerin Sağlık, Kültür ve Spor Daire Başkanlığına resmi yazı ile bildirilmesi</w:t>
            </w:r>
          </w:p>
        </w:tc>
      </w:tr>
      <w:tr w:rsidR="00DE17D6" w14:paraId="7E07125B" w14:textId="77777777" w:rsidTr="00EA66D5">
        <w:trPr>
          <w:jc w:val="center"/>
        </w:trPr>
        <w:tc>
          <w:tcPr>
            <w:tcW w:w="28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315265" w14:textId="77777777" w:rsidR="00DE17D6" w:rsidRDefault="00DE17D6" w:rsidP="00EA66D5">
            <w:r>
              <w:rPr>
                <w:rFonts w:ascii="Arial" w:hAnsi="Arial"/>
                <w:color w:val="34495E"/>
                <w:sz w:val="19"/>
              </w:rPr>
              <w:t>Kartların Aktivasyonu</w:t>
            </w:r>
          </w:p>
        </w:tc>
        <w:tc>
          <w:tcPr>
            <w:tcW w:w="28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32B871" w14:textId="77777777" w:rsidR="00DE17D6" w:rsidRDefault="00DE17D6" w:rsidP="00D27A20">
            <w:r>
              <w:rPr>
                <w:rFonts w:ascii="Arial" w:hAnsi="Arial"/>
                <w:color w:val="34495E"/>
                <w:sz w:val="19"/>
              </w:rPr>
              <w:t>2</w:t>
            </w:r>
            <w:r w:rsidR="00D27A20">
              <w:rPr>
                <w:rFonts w:ascii="Arial" w:hAnsi="Arial"/>
                <w:color w:val="34495E"/>
                <w:sz w:val="19"/>
              </w:rPr>
              <w:t>3</w:t>
            </w:r>
            <w:r>
              <w:rPr>
                <w:rFonts w:ascii="Arial" w:hAnsi="Arial"/>
                <w:color w:val="34495E"/>
                <w:sz w:val="19"/>
              </w:rPr>
              <w:t>-30 Ekim 2026</w:t>
            </w:r>
          </w:p>
        </w:tc>
        <w:tc>
          <w:tcPr>
            <w:tcW w:w="3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DAB964" w14:textId="77777777" w:rsidR="00DE17D6" w:rsidRDefault="00DE17D6" w:rsidP="00EA66D5">
            <w:r>
              <w:rPr>
                <w:rFonts w:ascii="Arial" w:hAnsi="Arial"/>
                <w:color w:val="34495E"/>
                <w:sz w:val="19"/>
              </w:rPr>
              <w:t>Sağlık Kültür ve Spor Daire Başkanlığı Beslenme ve Kafeterya Şube Müdürlüğü (Yemekhane) Vahit ÇOCAR</w:t>
            </w:r>
          </w:p>
        </w:tc>
      </w:tr>
      <w:tr w:rsidR="00DE17D6" w14:paraId="355330E2" w14:textId="77777777" w:rsidTr="00EA66D5">
        <w:trPr>
          <w:jc w:val="center"/>
        </w:trPr>
        <w:tc>
          <w:tcPr>
            <w:tcW w:w="2880" w:type="dxa"/>
            <w:shd w:val="clear" w:color="auto" w:fill="F4F6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5835E0" w14:textId="77777777" w:rsidR="00DE17D6" w:rsidRDefault="00DE17D6" w:rsidP="00EA66D5">
            <w:r>
              <w:rPr>
                <w:rFonts w:ascii="Arial" w:hAnsi="Arial"/>
                <w:color w:val="34495E"/>
                <w:sz w:val="19"/>
              </w:rPr>
              <w:t>Yedek Bursiyer</w:t>
            </w:r>
            <w:r w:rsidR="004735EC">
              <w:rPr>
                <w:rFonts w:ascii="Arial" w:hAnsi="Arial"/>
                <w:color w:val="34495E"/>
                <w:sz w:val="19"/>
              </w:rPr>
              <w:t xml:space="preserve"> Kartlarının Aktivasyonu</w:t>
            </w:r>
          </w:p>
        </w:tc>
        <w:tc>
          <w:tcPr>
            <w:tcW w:w="2880" w:type="dxa"/>
            <w:shd w:val="clear" w:color="auto" w:fill="F4F6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17C64B" w14:textId="77777777" w:rsidR="00DE17D6" w:rsidRPr="00B04442" w:rsidRDefault="00B04442" w:rsidP="00EA66D5">
            <w:pPr>
              <w:rPr>
                <w:rFonts w:ascii="Arial" w:hAnsi="Arial" w:cs="Arial"/>
              </w:rPr>
            </w:pPr>
            <w:r w:rsidRPr="00B04442">
              <w:rPr>
                <w:rFonts w:ascii="Arial" w:hAnsi="Arial" w:cs="Arial"/>
                <w:sz w:val="20"/>
              </w:rPr>
              <w:t>02-04 Kasım 2026</w:t>
            </w:r>
          </w:p>
        </w:tc>
        <w:tc>
          <w:tcPr>
            <w:tcW w:w="3600" w:type="dxa"/>
            <w:shd w:val="clear" w:color="auto" w:fill="F4F6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1EDEB9" w14:textId="77777777" w:rsidR="00DE17D6" w:rsidRDefault="00B04442" w:rsidP="00EA66D5">
            <w:r>
              <w:rPr>
                <w:rFonts w:ascii="Arial" w:hAnsi="Arial"/>
                <w:color w:val="34495E"/>
                <w:sz w:val="19"/>
              </w:rPr>
              <w:t>Sağlık Kültür ve Spor Daire Başkanlığı Beslenme ve Kafeterya Şube Müdürlüğü (Yemekhane) Vahit ÇOCAR</w:t>
            </w:r>
          </w:p>
        </w:tc>
      </w:tr>
    </w:tbl>
    <w:p w14:paraId="53871821" w14:textId="77777777" w:rsidR="000E5E5A" w:rsidRDefault="00B50BF9">
      <w:pPr>
        <w:spacing w:before="240" w:after="120"/>
      </w:pPr>
      <w:r>
        <w:rPr>
          <w:rFonts w:ascii="Arial" w:hAnsi="Arial"/>
          <w:b/>
          <w:color w:val="2C3E50"/>
          <w:sz w:val="28"/>
        </w:rPr>
        <w:t>2</w:t>
      </w:r>
      <w:r w:rsidR="003A1002">
        <w:rPr>
          <w:rFonts w:ascii="Arial" w:hAnsi="Arial"/>
          <w:b/>
          <w:color w:val="2C3E50"/>
          <w:sz w:val="28"/>
        </w:rPr>
        <w:t xml:space="preserve">. </w:t>
      </w:r>
      <w:r w:rsidR="00826493">
        <w:rPr>
          <w:rFonts w:ascii="Arial" w:hAnsi="Arial"/>
          <w:b/>
          <w:color w:val="2C3E50"/>
          <w:sz w:val="28"/>
        </w:rPr>
        <w:t>Gerekli Belgeler</w:t>
      </w:r>
    </w:p>
    <w:p w14:paraId="00B59584" w14:textId="77777777" w:rsidR="000E5E5A" w:rsidRDefault="00826493">
      <w:pPr>
        <w:pStyle w:val="ListeMaddemi"/>
        <w:spacing w:after="80"/>
      </w:pPr>
      <w:r>
        <w:rPr>
          <w:rFonts w:ascii="Arial" w:hAnsi="Arial"/>
          <w:color w:val="2C3E50"/>
          <w:sz w:val="20"/>
        </w:rPr>
        <w:t>Yemek Bursu Başvuru Formu (Eksiksiz doldurulmuş ve imzalanmış)</w:t>
      </w:r>
    </w:p>
    <w:p w14:paraId="51358F2A" w14:textId="77777777" w:rsidR="00826493" w:rsidRDefault="00826493" w:rsidP="00826493">
      <w:pPr>
        <w:spacing w:before="240" w:after="120"/>
      </w:pPr>
      <w:r>
        <w:rPr>
          <w:rFonts w:ascii="Arial" w:hAnsi="Arial"/>
          <w:b/>
          <w:color w:val="2C3E50"/>
          <w:sz w:val="28"/>
        </w:rPr>
        <w:t>3. Önemli Hususlar</w:t>
      </w:r>
    </w:p>
    <w:p w14:paraId="0EC23087" w14:textId="77777777" w:rsidR="00826493" w:rsidRDefault="00826493" w:rsidP="00826493">
      <w:pPr>
        <w:pStyle w:val="ListeMaddemi"/>
        <w:spacing w:after="80"/>
      </w:pPr>
      <w:r>
        <w:rPr>
          <w:rFonts w:ascii="Arial" w:hAnsi="Arial"/>
          <w:color w:val="2C3E50"/>
          <w:sz w:val="20"/>
        </w:rPr>
        <w:t>Yanlış veya yanıltıcı beyanda bulunan öğrencilerin bursları iptal edilir ve haklarında yasal işlem başlatılır.</w:t>
      </w:r>
    </w:p>
    <w:p w14:paraId="4ACC6A0F" w14:textId="77777777" w:rsidR="00826493" w:rsidRDefault="00826493" w:rsidP="000B248C">
      <w:pPr>
        <w:pStyle w:val="ListeMaddemi"/>
        <w:numPr>
          <w:ilvl w:val="0"/>
          <w:numId w:val="0"/>
        </w:numPr>
        <w:spacing w:after="80"/>
        <w:ind w:left="360"/>
      </w:pPr>
    </w:p>
    <w:sectPr w:rsidR="00826493" w:rsidSect="00D27A20">
      <w:pgSz w:w="12240" w:h="15840"/>
      <w:pgMar w:top="1560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1447505">
    <w:abstractNumId w:val="8"/>
  </w:num>
  <w:num w:numId="2" w16cid:durableId="311179994">
    <w:abstractNumId w:val="6"/>
  </w:num>
  <w:num w:numId="3" w16cid:durableId="626735884">
    <w:abstractNumId w:val="5"/>
  </w:num>
  <w:num w:numId="4" w16cid:durableId="94713203">
    <w:abstractNumId w:val="4"/>
  </w:num>
  <w:num w:numId="5" w16cid:durableId="634532478">
    <w:abstractNumId w:val="7"/>
  </w:num>
  <w:num w:numId="6" w16cid:durableId="629820816">
    <w:abstractNumId w:val="3"/>
  </w:num>
  <w:num w:numId="7" w16cid:durableId="449858618">
    <w:abstractNumId w:val="2"/>
  </w:num>
  <w:num w:numId="8" w16cid:durableId="1574775241">
    <w:abstractNumId w:val="1"/>
  </w:num>
  <w:num w:numId="9" w16cid:durableId="460342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248C"/>
    <w:rsid w:val="000E5E5A"/>
    <w:rsid w:val="0015074B"/>
    <w:rsid w:val="0029639D"/>
    <w:rsid w:val="00326F90"/>
    <w:rsid w:val="003552BA"/>
    <w:rsid w:val="003A1002"/>
    <w:rsid w:val="004735EC"/>
    <w:rsid w:val="00543DCE"/>
    <w:rsid w:val="005C2D8B"/>
    <w:rsid w:val="005C5E54"/>
    <w:rsid w:val="0067732F"/>
    <w:rsid w:val="006E3339"/>
    <w:rsid w:val="00826493"/>
    <w:rsid w:val="00AA1D8D"/>
    <w:rsid w:val="00B04442"/>
    <w:rsid w:val="00B47730"/>
    <w:rsid w:val="00B50BF9"/>
    <w:rsid w:val="00B80182"/>
    <w:rsid w:val="00CB0664"/>
    <w:rsid w:val="00CE6CD7"/>
    <w:rsid w:val="00D27A20"/>
    <w:rsid w:val="00DE17D6"/>
    <w:rsid w:val="00F20B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28EB06"/>
  <w14:defaultImageDpi w14:val="300"/>
  <w15:docId w15:val="{B3B75D36-0836-42E3-8EEA-CF233FFA1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7A69CED-A94F-4B3B-93FB-5321CD1CF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VAHIT COCAR</cp:lastModifiedBy>
  <cp:revision>2</cp:revision>
  <cp:lastPrinted>2026-10-01T06:43:00Z</cp:lastPrinted>
  <dcterms:created xsi:type="dcterms:W3CDTF">2026-10-01T07:13:00Z</dcterms:created>
  <dcterms:modified xsi:type="dcterms:W3CDTF">2026-10-01T07:13:00Z</dcterms:modified>
</cp:coreProperties>
</file>